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08BEA9" w14:textId="77777777" w:rsidR="00837F53" w:rsidRPr="00121AE3" w:rsidRDefault="00837F53" w:rsidP="00837F53">
      <w:pPr>
        <w:spacing w:before="100" w:beforeAutospacing="1" w:after="0" w:line="240" w:lineRule="auto"/>
        <w:ind w:left="1418" w:hanging="1418"/>
        <w:rPr>
          <w:rFonts w:ascii="Calibri" w:hAnsi="Calibri" w:cs="Calibri"/>
        </w:rPr>
      </w:pPr>
      <w:r w:rsidRPr="00121AE3">
        <w:rPr>
          <w:rFonts w:ascii="Calibri" w:hAnsi="Calibri" w:cs="Calibri"/>
        </w:rPr>
        <w:t xml:space="preserve">Video title: </w:t>
      </w:r>
      <w:r>
        <w:rPr>
          <w:rFonts w:ascii="Calibri" w:hAnsi="Calibri" w:cs="Calibri"/>
          <w:b/>
        </w:rPr>
        <w:t>“Research Interview 4</w:t>
      </w:r>
      <w:r w:rsidRPr="00121AE3">
        <w:rPr>
          <w:rFonts w:ascii="Calibri" w:hAnsi="Calibri" w:cs="Calibri"/>
          <w:b/>
        </w:rPr>
        <w:t xml:space="preserve"> (</w:t>
      </w:r>
      <w:r>
        <w:rPr>
          <w:rFonts w:ascii="Calibri" w:hAnsi="Calibri" w:cs="Calibri"/>
          <w:b/>
        </w:rPr>
        <w:t>Education</w:t>
      </w:r>
      <w:r w:rsidRPr="00121AE3">
        <w:rPr>
          <w:rFonts w:ascii="Calibri" w:hAnsi="Calibri" w:cs="Calibri"/>
          <w:b/>
        </w:rPr>
        <w:t>)”</w:t>
      </w:r>
    </w:p>
    <w:p w14:paraId="0587484B" w14:textId="77777777" w:rsidR="00837F53" w:rsidRPr="00121AE3" w:rsidRDefault="00837F53" w:rsidP="00837F53">
      <w:pPr>
        <w:spacing w:before="100" w:beforeAutospacing="1" w:after="0" w:line="240" w:lineRule="auto"/>
        <w:ind w:left="1418" w:hanging="1418"/>
        <w:rPr>
          <w:rFonts w:ascii="Calibri" w:hAnsi="Calibri" w:cs="Calibri"/>
        </w:rPr>
      </w:pPr>
      <w:r w:rsidRPr="00121AE3">
        <w:rPr>
          <w:rFonts w:ascii="Calibri" w:hAnsi="Calibri" w:cs="Calibri"/>
        </w:rPr>
        <w:t>Transcribed (clean</w:t>
      </w:r>
      <w:r w:rsidR="00B00DF0">
        <w:rPr>
          <w:rFonts w:ascii="Calibri" w:hAnsi="Calibri" w:cs="Calibri"/>
        </w:rPr>
        <w:t xml:space="preserve"> verbatim) by: Jeremy Bong, on 15-16</w:t>
      </w:r>
      <w:r w:rsidRPr="00121AE3">
        <w:rPr>
          <w:rFonts w:ascii="Calibri" w:hAnsi="Calibri" w:cs="Calibri"/>
        </w:rPr>
        <w:t xml:space="preserve"> August 2022</w:t>
      </w:r>
    </w:p>
    <w:p w14:paraId="31ED1221" w14:textId="77777777" w:rsidR="00837F53" w:rsidRPr="00121AE3" w:rsidRDefault="00837F53" w:rsidP="00837F53">
      <w:pPr>
        <w:spacing w:before="100" w:beforeAutospacing="1" w:after="0" w:line="240" w:lineRule="auto"/>
        <w:ind w:left="1418" w:hanging="1418"/>
        <w:rPr>
          <w:rFonts w:ascii="Calibri" w:hAnsi="Calibri" w:cs="Calibri"/>
        </w:rPr>
      </w:pPr>
    </w:p>
    <w:p w14:paraId="6EDD4E42" w14:textId="41C01264" w:rsidR="00837F53" w:rsidRPr="00121AE3" w:rsidRDefault="00837F53" w:rsidP="00837F53">
      <w:pPr>
        <w:spacing w:before="100" w:beforeAutospacing="1" w:after="0" w:line="240" w:lineRule="auto"/>
        <w:ind w:left="1418" w:hanging="1418"/>
        <w:rPr>
          <w:rFonts w:ascii="Calibri" w:hAnsi="Calibri" w:cs="Calibri"/>
        </w:rPr>
      </w:pPr>
      <w:r>
        <w:rPr>
          <w:rFonts w:ascii="Calibri" w:hAnsi="Calibri" w:cs="Calibri"/>
        </w:rPr>
        <w:t xml:space="preserve">Interviewer: </w:t>
      </w:r>
      <w:r w:rsidR="003D0436">
        <w:rPr>
          <w:rFonts w:ascii="Calibri" w:hAnsi="Calibri" w:cs="Calibri"/>
        </w:rPr>
        <w:t>TC</w:t>
      </w:r>
    </w:p>
    <w:p w14:paraId="3B1024C0" w14:textId="6469A99D" w:rsidR="00837F53" w:rsidRPr="00121AE3" w:rsidRDefault="00837F53" w:rsidP="00837F53">
      <w:pPr>
        <w:spacing w:before="100" w:beforeAutospacing="1" w:after="0" w:line="240" w:lineRule="auto"/>
        <w:ind w:left="1418" w:hanging="1418"/>
        <w:rPr>
          <w:rFonts w:ascii="Calibri" w:hAnsi="Calibri" w:cs="Calibri"/>
        </w:rPr>
      </w:pPr>
      <w:r>
        <w:rPr>
          <w:rFonts w:ascii="Calibri" w:hAnsi="Calibri" w:cs="Calibri"/>
        </w:rPr>
        <w:t>Interviewee</w:t>
      </w:r>
      <w:r w:rsidR="00B00DF0">
        <w:rPr>
          <w:rFonts w:ascii="Calibri" w:hAnsi="Calibri" w:cs="Calibri"/>
        </w:rPr>
        <w:t xml:space="preserve">: </w:t>
      </w:r>
      <w:r w:rsidR="003D0436">
        <w:rPr>
          <w:rFonts w:ascii="Calibri" w:hAnsi="Calibri" w:cs="Calibri"/>
        </w:rPr>
        <w:t>JH</w:t>
      </w:r>
    </w:p>
    <w:p w14:paraId="755EAD71" w14:textId="77777777" w:rsidR="00885A73" w:rsidRDefault="00885A73">
      <w:pPr>
        <w:spacing w:after="0"/>
        <w:rPr>
          <w:rFonts w:ascii="Calibri" w:hAnsi="Calibri" w:cs="Calibri"/>
        </w:rPr>
      </w:pPr>
    </w:p>
    <w:p w14:paraId="4C30C422" w14:textId="77777777" w:rsidR="00837F53" w:rsidRPr="00837F53" w:rsidRDefault="00837F53">
      <w:pPr>
        <w:spacing w:after="0"/>
        <w:rPr>
          <w:rFonts w:ascii="Calibri" w:hAnsi="Calibri" w:cs="Calibri"/>
        </w:rPr>
      </w:pPr>
    </w:p>
    <w:p w14:paraId="05E11E67" w14:textId="4D93B1B8" w:rsidR="0061026C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61026C">
        <w:rPr>
          <w:rFonts w:ascii="Calibri" w:hAnsi="Calibri" w:cs="Calibri"/>
          <w:b/>
        </w:rPr>
        <w:tab/>
      </w:r>
      <w:r w:rsidR="0061026C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>Okay.</w:t>
      </w:r>
    </w:p>
    <w:p w14:paraId="285804ED" w14:textId="77777777" w:rsidR="0061026C" w:rsidRDefault="0061026C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</w:p>
    <w:p w14:paraId="53C1B1B7" w14:textId="1C158682" w:rsidR="00885A73" w:rsidRPr="00837F53" w:rsidRDefault="0061026C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Thanks a lot, </w:t>
      </w:r>
      <w:r w:rsidR="003D0436">
        <w:rPr>
          <w:rFonts w:ascii="Calibri" w:hAnsi="Calibri" w:cs="Calibri"/>
        </w:rPr>
        <w:t>JH</w:t>
      </w:r>
      <w:r w:rsidR="003943AF" w:rsidRPr="00837F53">
        <w:rPr>
          <w:rFonts w:ascii="Calibri" w:hAnsi="Calibri" w:cs="Calibri"/>
        </w:rPr>
        <w:t xml:space="preserve">, for joining and continuing this - what do you call? - study. </w:t>
      </w:r>
    </w:p>
    <w:p w14:paraId="48CBAD78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48CAB553" w14:textId="77777777" w:rsidR="00885A73" w:rsidRPr="00837F53" w:rsidRDefault="0061026C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>So, I believe that you have attended Dorcas</w:t>
      </w:r>
      <w:r>
        <w:rPr>
          <w:rFonts w:ascii="Calibri" w:hAnsi="Calibri" w:cs="Calibri"/>
        </w:rPr>
        <w:t>’</w:t>
      </w:r>
      <w:r w:rsidR="003943AF" w:rsidRPr="00837F53">
        <w:rPr>
          <w:rFonts w:ascii="Calibri" w:hAnsi="Calibri" w:cs="Calibri"/>
        </w:rPr>
        <w:t xml:space="preserve"> and Salomy's writing session. </w:t>
      </w:r>
    </w:p>
    <w:p w14:paraId="239B1E1A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10DE82F8" w14:textId="0E6D9280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JH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61026C"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>Yeah, I did.</w:t>
      </w:r>
    </w:p>
    <w:p w14:paraId="43532E6C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6928C644" w14:textId="7AD1BC9F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61026C">
        <w:rPr>
          <w:rFonts w:ascii="Calibri" w:hAnsi="Calibri" w:cs="Calibri"/>
          <w:b/>
        </w:rPr>
        <w:tab/>
      </w:r>
      <w:r w:rsidR="0061026C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>Before we start the first question, how many did you attend?</w:t>
      </w:r>
    </w:p>
    <w:p w14:paraId="5C4B0128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44784F4C" w14:textId="1C9A0262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JH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61026C"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I think I had two </w:t>
      </w:r>
      <w:proofErr w:type="gramStart"/>
      <w:r w:rsidR="003943AF" w:rsidRPr="00837F53">
        <w:rPr>
          <w:rFonts w:ascii="Calibri" w:hAnsi="Calibri" w:cs="Calibri"/>
        </w:rPr>
        <w:t>meeting</w:t>
      </w:r>
      <w:proofErr w:type="gramEnd"/>
      <w:r w:rsidR="003943AF" w:rsidRPr="00837F53">
        <w:rPr>
          <w:rFonts w:ascii="Calibri" w:hAnsi="Calibri" w:cs="Calibri"/>
        </w:rPr>
        <w:t xml:space="preserve"> with her.</w:t>
      </w:r>
    </w:p>
    <w:p w14:paraId="5686E270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0FA9B5A3" w14:textId="794059C4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61026C">
        <w:rPr>
          <w:rFonts w:ascii="Calibri" w:hAnsi="Calibri" w:cs="Calibri"/>
          <w:b/>
        </w:rPr>
        <w:tab/>
      </w:r>
      <w:r w:rsidR="0061026C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>Was it both with Dorcas? Or was it one with Dorcas and one with Salomy?</w:t>
      </w:r>
    </w:p>
    <w:p w14:paraId="7CA9E49C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1CB42FEE" w14:textId="5B5A20D3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JH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61026C"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>No, only with Dorcas.</w:t>
      </w:r>
    </w:p>
    <w:p w14:paraId="479F8FA8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4F5703D6" w14:textId="613D1B49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61026C">
        <w:rPr>
          <w:rFonts w:ascii="Calibri" w:hAnsi="Calibri" w:cs="Calibri"/>
          <w:b/>
        </w:rPr>
        <w:tab/>
      </w:r>
      <w:r w:rsidR="0061026C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Okay. So, let's begin. Let me try to bring up the first question. </w:t>
      </w:r>
    </w:p>
    <w:p w14:paraId="583B007B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6A8E636B" w14:textId="77777777" w:rsidR="00885A73" w:rsidRPr="00837F53" w:rsidRDefault="0061026C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The first question is basically just asking you what are some of your needs and challenges when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B114DD">
        <w:rPr>
          <w:rFonts w:ascii="Calibri" w:hAnsi="Calibri" w:cs="Calibri"/>
        </w:rPr>
        <w:t>it comes to academic writing.</w:t>
      </w:r>
      <w:r w:rsidR="003943AF" w:rsidRPr="00837F53">
        <w:rPr>
          <w:rFonts w:ascii="Calibri" w:hAnsi="Calibri" w:cs="Calibri"/>
        </w:rPr>
        <w:t xml:space="preserve"> Think of it as the stages of writing: pre-writing, while-writing, and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>post-writing.</w:t>
      </w:r>
    </w:p>
    <w:p w14:paraId="7388FFEC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69CEEAD5" w14:textId="77777777" w:rsidR="00885A73" w:rsidRPr="00837F53" w:rsidRDefault="0061026C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Can you just share with me some of your needs and or challenges that you face when it comes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>to academic writing purposes?</w:t>
      </w:r>
    </w:p>
    <w:p w14:paraId="4213CF03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0CF97392" w14:textId="2BAA1379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JH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61026C"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>I think pre-writing it will be</w:t>
      </w:r>
      <w:r w:rsidR="005A4729">
        <w:rPr>
          <w:rFonts w:ascii="Calibri" w:hAnsi="Calibri" w:cs="Calibri"/>
        </w:rPr>
        <w:t>,</w:t>
      </w:r>
      <w:r w:rsidR="003943AF" w:rsidRPr="00837F53">
        <w:rPr>
          <w:rFonts w:ascii="Calibri" w:hAnsi="Calibri" w:cs="Calibri"/>
        </w:rPr>
        <w:t xml:space="preserve"> of course, like, - Even though I </w:t>
      </w:r>
      <w:proofErr w:type="gramStart"/>
      <w:r w:rsidR="003943AF" w:rsidRPr="00837F53">
        <w:rPr>
          <w:rFonts w:ascii="Calibri" w:hAnsi="Calibri" w:cs="Calibri"/>
        </w:rPr>
        <w:t>actually took</w:t>
      </w:r>
      <w:proofErr w:type="gramEnd"/>
      <w:r w:rsidR="003943AF" w:rsidRPr="00837F53">
        <w:rPr>
          <w:rFonts w:ascii="Calibri" w:hAnsi="Calibri" w:cs="Calibri"/>
        </w:rPr>
        <w:t xml:space="preserve"> the MA </w:t>
      </w:r>
      <w:r w:rsidR="005A4729"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>course</w:t>
      </w:r>
      <w:r w:rsidR="005A4729">
        <w:rPr>
          <w:rFonts w:ascii="Calibri" w:hAnsi="Calibri" w:cs="Calibri"/>
        </w:rPr>
        <w:t xml:space="preserve"> </w:t>
      </w:r>
      <w:r w:rsidR="003943AF" w:rsidRPr="00837F53">
        <w:rPr>
          <w:rFonts w:ascii="Calibri" w:hAnsi="Calibri" w:cs="Calibri"/>
        </w:rPr>
        <w:t xml:space="preserve">before, </w:t>
      </w:r>
      <w:r w:rsidR="005A4729">
        <w:rPr>
          <w:rFonts w:ascii="Calibri" w:hAnsi="Calibri" w:cs="Calibri"/>
        </w:rPr>
        <w:tab/>
      </w:r>
      <w:r w:rsidR="005A4729">
        <w:rPr>
          <w:rFonts w:ascii="Calibri" w:hAnsi="Calibri" w:cs="Calibri"/>
        </w:rPr>
        <w:tab/>
      </w:r>
      <w:r w:rsidR="005A4729"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but I wasn't very good as a student. And also, I think, you know, the educational </w:t>
      </w:r>
      <w:r w:rsidR="0061026C"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background is </w:t>
      </w:r>
      <w:r w:rsidR="005A4729">
        <w:rPr>
          <w:rFonts w:ascii="Calibri" w:hAnsi="Calibri" w:cs="Calibri"/>
        </w:rPr>
        <w:tab/>
      </w:r>
      <w:r w:rsidR="005A4729">
        <w:rPr>
          <w:rFonts w:ascii="Calibri" w:hAnsi="Calibri" w:cs="Calibri"/>
        </w:rPr>
        <w:tab/>
      </w:r>
      <w:r w:rsidR="005A4729"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very different. So, I don't really have the methodology of writing. </w:t>
      </w:r>
    </w:p>
    <w:p w14:paraId="58D35478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3E5C74C8" w14:textId="77777777" w:rsidR="00885A73" w:rsidRPr="00837F53" w:rsidRDefault="0061026C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So, in order to write the academic writing, I think there are certain formula. And that was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something that I don't really, like, you know, being very familiar with. </w:t>
      </w:r>
    </w:p>
    <w:p w14:paraId="7BF8F9CA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1993B21F" w14:textId="77777777" w:rsidR="00885A73" w:rsidRPr="00837F53" w:rsidRDefault="0061026C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So, the pre-writing path, the difficulty will come at a organizing the thoughts and knowing, you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know, where to get the right idea. For instance, right now I am working on - supposedly, okay?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B114DD">
        <w:rPr>
          <w:rFonts w:ascii="Calibri" w:hAnsi="Calibri" w:cs="Calibri"/>
        </w:rPr>
        <w:t>An example - I'm working on the</w:t>
      </w:r>
      <w:r w:rsidR="003943AF" w:rsidRPr="00837F53">
        <w:rPr>
          <w:rFonts w:ascii="Calibri" w:hAnsi="Calibri" w:cs="Calibri"/>
        </w:rPr>
        <w:t xml:space="preserve"> apprenticeship. And then what kind of educational style is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special for that. Then, obviously, from whatever I have learned from the class with Dr. Michael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Hall, then I will have to organize my thoughts around that. </w:t>
      </w:r>
    </w:p>
    <w:p w14:paraId="52250CED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726DCCBE" w14:textId="77777777" w:rsidR="00885A73" w:rsidRPr="00837F53" w:rsidRDefault="0061026C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>But very often that I just feel like it's very difficult to organize that. To remain</w:t>
      </w:r>
      <w:r w:rsidR="005A4729">
        <w:rPr>
          <w:rFonts w:ascii="Calibri" w:hAnsi="Calibri" w:cs="Calibri"/>
        </w:rPr>
        <w:t>,</w:t>
      </w:r>
      <w:r w:rsidR="003943AF" w:rsidRPr="00837F53">
        <w:rPr>
          <w:rFonts w:ascii="Calibri" w:hAnsi="Calibri" w:cs="Calibri"/>
        </w:rPr>
        <w:t xml:space="preserve"> like, you know, to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>structure how am I going to argue or how am I going to prove my point.</w:t>
      </w:r>
    </w:p>
    <w:p w14:paraId="79547D65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395B8CF2" w14:textId="18DD2AFB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</w:t>
      </w:r>
      <w:r w:rsidR="0061026C">
        <w:rPr>
          <w:rFonts w:ascii="Calibri" w:hAnsi="Calibri" w:cs="Calibri"/>
          <w:b/>
        </w:rPr>
        <w:tab/>
      </w:r>
      <w:r w:rsidR="0061026C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>Okay. So, that covers pre-writing. How about while-writing?</w:t>
      </w:r>
    </w:p>
    <w:p w14:paraId="083AE022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55B51F03" w14:textId="36B9D41C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JH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61026C"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>While-writing? I think, while-writing the most - Okay, t</w:t>
      </w:r>
      <w:r w:rsidR="00B114DD">
        <w:rPr>
          <w:rFonts w:ascii="Calibri" w:hAnsi="Calibri" w:cs="Calibri"/>
        </w:rPr>
        <w:t xml:space="preserve">alking about my previous years’ </w:t>
      </w:r>
      <w:r w:rsidR="00B114DD">
        <w:rPr>
          <w:rFonts w:ascii="Calibri" w:hAnsi="Calibri" w:cs="Calibri"/>
        </w:rPr>
        <w:tab/>
      </w:r>
      <w:r w:rsidR="00B114DD">
        <w:rPr>
          <w:rFonts w:ascii="Calibri" w:hAnsi="Calibri" w:cs="Calibri"/>
        </w:rPr>
        <w:tab/>
      </w:r>
      <w:r w:rsidR="00B114DD">
        <w:rPr>
          <w:rFonts w:ascii="Calibri" w:hAnsi="Calibri" w:cs="Calibri"/>
        </w:rPr>
        <w:tab/>
      </w:r>
      <w:r w:rsidR="00B114DD">
        <w:rPr>
          <w:rFonts w:ascii="Calibri" w:hAnsi="Calibri" w:cs="Calibri"/>
        </w:rPr>
        <w:tab/>
        <w:t>expe</w:t>
      </w:r>
      <w:r w:rsidR="00B114DD" w:rsidRPr="00837F53">
        <w:rPr>
          <w:rFonts w:ascii="Calibri" w:hAnsi="Calibri" w:cs="Calibri"/>
        </w:rPr>
        <w:t>rience</w:t>
      </w:r>
      <w:r w:rsidR="003943AF" w:rsidRPr="00837F53">
        <w:rPr>
          <w:rFonts w:ascii="Calibri" w:hAnsi="Calibri" w:cs="Calibri"/>
        </w:rPr>
        <w:t xml:space="preserve">, although I have - I think I've worked really hard last time, although the result is not </w:t>
      </w:r>
      <w:r w:rsidR="0061026C">
        <w:rPr>
          <w:rFonts w:ascii="Calibri" w:hAnsi="Calibri" w:cs="Calibri"/>
        </w:rPr>
        <w:tab/>
      </w:r>
      <w:r w:rsidR="0061026C">
        <w:rPr>
          <w:rFonts w:ascii="Calibri" w:hAnsi="Calibri" w:cs="Calibri"/>
        </w:rPr>
        <w:tab/>
      </w:r>
      <w:r w:rsidR="0061026C"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ideal. </w:t>
      </w:r>
    </w:p>
    <w:p w14:paraId="2073ABCE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1092BF07" w14:textId="77777777" w:rsidR="00885A73" w:rsidRPr="00837F53" w:rsidRDefault="0061026C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But my friend was telling me - my friend is a professor. And she was telling me like, you know,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you'll be great if I see every article - After I read an article, I basically summarize it. </w:t>
      </w:r>
    </w:p>
    <w:p w14:paraId="68B72411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54EF86AD" w14:textId="77777777" w:rsidR="00885A73" w:rsidRPr="00837F53" w:rsidRDefault="0061026C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The problem is, after I summarize, I tend to forget what I have summarized. What's the most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important part of this </w:t>
      </w:r>
      <w:r w:rsidR="005A4729">
        <w:rPr>
          <w:rFonts w:ascii="Calibri" w:hAnsi="Calibri" w:cs="Calibri"/>
        </w:rPr>
        <w:t>article.</w:t>
      </w:r>
    </w:p>
    <w:p w14:paraId="040E8746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3C683589" w14:textId="77777777" w:rsidR="00885A73" w:rsidRPr="00837F53" w:rsidRDefault="0061026C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And also, the summarize itself is like about 100 words, right? Then how am I going to link those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>summarizing together? That will be the issue as well.</w:t>
      </w:r>
    </w:p>
    <w:p w14:paraId="04DAAFF3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549CB553" w14:textId="77777777" w:rsidR="00885A73" w:rsidRPr="00837F53" w:rsidRDefault="0061026C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So I ended up, let's say, if I read like, 20 articles, at the end of the day, I have 20 summarize. But I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>tend to mess up, do you know what I mean? Like, I don't know how to organize that as well.</w:t>
      </w:r>
    </w:p>
    <w:p w14:paraId="1AE505E6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5F200CBD" w14:textId="18DE12F6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61026C">
        <w:rPr>
          <w:rFonts w:ascii="Calibri" w:hAnsi="Calibri" w:cs="Calibri"/>
          <w:b/>
        </w:rPr>
        <w:tab/>
      </w:r>
      <w:r w:rsidR="0061026C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There is a trick around </w:t>
      </w:r>
      <w:proofErr w:type="gramStart"/>
      <w:r w:rsidR="003943AF" w:rsidRPr="00837F53">
        <w:rPr>
          <w:rFonts w:ascii="Calibri" w:hAnsi="Calibri" w:cs="Calibri"/>
        </w:rPr>
        <w:t>that, definitely</w:t>
      </w:r>
      <w:proofErr w:type="gramEnd"/>
      <w:r w:rsidR="003943AF" w:rsidRPr="00837F53">
        <w:rPr>
          <w:rFonts w:ascii="Calibri" w:hAnsi="Calibri" w:cs="Calibri"/>
        </w:rPr>
        <w:t xml:space="preserve">. I think I will share that with you after the recording ends, </w:t>
      </w:r>
      <w:r w:rsidR="0061026C">
        <w:rPr>
          <w:rFonts w:ascii="Calibri" w:hAnsi="Calibri" w:cs="Calibri"/>
        </w:rPr>
        <w:tab/>
      </w:r>
      <w:r w:rsidR="0061026C">
        <w:rPr>
          <w:rFonts w:ascii="Calibri" w:hAnsi="Calibri" w:cs="Calibri"/>
        </w:rPr>
        <w:tab/>
      </w:r>
      <w:r w:rsidR="0061026C"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off the record. </w:t>
      </w:r>
    </w:p>
    <w:p w14:paraId="6B9593BC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645194C5" w14:textId="153F0B4C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JH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61026C">
        <w:rPr>
          <w:rFonts w:ascii="Calibri" w:hAnsi="Calibri" w:cs="Calibri"/>
          <w:b/>
        </w:rPr>
        <w:tab/>
      </w:r>
      <w:r w:rsidR="00120D91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>That's very nice.</w:t>
      </w:r>
    </w:p>
    <w:p w14:paraId="28C544FA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32F3E484" w14:textId="415109D4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61026C">
        <w:rPr>
          <w:rFonts w:ascii="Calibri" w:hAnsi="Calibri" w:cs="Calibri"/>
          <w:b/>
        </w:rPr>
        <w:tab/>
      </w:r>
      <w:r w:rsidR="0061026C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>No problem.</w:t>
      </w:r>
    </w:p>
    <w:p w14:paraId="5192708C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79F48778" w14:textId="77777777" w:rsidR="00885A73" w:rsidRPr="00837F53" w:rsidRDefault="0061026C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When it comes to post-writing, what kind of challenges and needs do you think you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>(unintelligible) [03:59]?</w:t>
      </w:r>
    </w:p>
    <w:p w14:paraId="34FDF3EA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0D833273" w14:textId="2EA119C2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JH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61026C">
        <w:rPr>
          <w:rFonts w:ascii="Calibri" w:hAnsi="Calibri" w:cs="Calibri"/>
          <w:b/>
        </w:rPr>
        <w:tab/>
      </w:r>
      <w:r w:rsidR="00120D91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>I think the biggest challenge is I don't want to read it anymore.</w:t>
      </w:r>
    </w:p>
    <w:p w14:paraId="7D332277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2DBE3461" w14:textId="6BEB67F0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61026C">
        <w:rPr>
          <w:rFonts w:ascii="Calibri" w:hAnsi="Calibri" w:cs="Calibri"/>
          <w:b/>
        </w:rPr>
        <w:tab/>
      </w:r>
      <w:r w:rsidR="0061026C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>Okay. So, rea</w:t>
      </w:r>
      <w:r w:rsidR="0041658C">
        <w:rPr>
          <w:rFonts w:ascii="Calibri" w:hAnsi="Calibri" w:cs="Calibri"/>
        </w:rPr>
        <w:t>ding it again and summarizing. A</w:t>
      </w:r>
      <w:r w:rsidR="003943AF" w:rsidRPr="00837F53">
        <w:rPr>
          <w:rFonts w:ascii="Calibri" w:hAnsi="Calibri" w:cs="Calibri"/>
        </w:rPr>
        <w:t>m I right?</w:t>
      </w:r>
    </w:p>
    <w:p w14:paraId="74EC3E88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2627EAAF" w14:textId="7565F553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lastRenderedPageBreak/>
        <w:t>JH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61026C">
        <w:rPr>
          <w:rFonts w:ascii="Calibri" w:hAnsi="Calibri" w:cs="Calibri"/>
          <w:b/>
        </w:rPr>
        <w:tab/>
      </w:r>
      <w:r w:rsidR="00120D91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Yeah. It's like, you know, after I - Of course, we all have to read again and again, again, to try to </w:t>
      </w:r>
      <w:r w:rsidR="0061026C">
        <w:rPr>
          <w:rFonts w:ascii="Calibri" w:hAnsi="Calibri" w:cs="Calibri"/>
        </w:rPr>
        <w:tab/>
      </w:r>
      <w:r w:rsidR="0061026C">
        <w:rPr>
          <w:rFonts w:ascii="Calibri" w:hAnsi="Calibri" w:cs="Calibri"/>
        </w:rPr>
        <w:tab/>
      </w:r>
      <w:r w:rsidR="0061026C"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find. Then, you know, it's just like, after you read it and then you feel like, "Oh, shit. There's a lot </w:t>
      </w:r>
      <w:r w:rsidR="0061026C">
        <w:rPr>
          <w:rFonts w:ascii="Calibri" w:hAnsi="Calibri" w:cs="Calibri"/>
        </w:rPr>
        <w:tab/>
      </w:r>
      <w:r w:rsidR="0061026C"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of thing I need to amend it." And after you've amended it, then you have to read it again. </w:t>
      </w:r>
    </w:p>
    <w:p w14:paraId="6462F80A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43D287E0" w14:textId="77777777" w:rsidR="00885A73" w:rsidRPr="00837F53" w:rsidRDefault="0061026C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And the paper, obviously, for a lot of students, like, academic paper is really boring, right? </w:t>
      </w:r>
    </w:p>
    <w:p w14:paraId="7EB379F5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465AA730" w14:textId="1CD69176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61026C">
        <w:rPr>
          <w:rFonts w:ascii="Calibri" w:hAnsi="Calibri" w:cs="Calibri"/>
          <w:b/>
        </w:rPr>
        <w:tab/>
      </w:r>
      <w:r w:rsidR="0061026C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No argument (?) [04:35]. </w:t>
      </w:r>
    </w:p>
    <w:p w14:paraId="1ECCA798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2C462CD0" w14:textId="638166CA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JH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61026C">
        <w:rPr>
          <w:rFonts w:ascii="Calibri" w:hAnsi="Calibri" w:cs="Calibri"/>
          <w:b/>
        </w:rPr>
        <w:tab/>
      </w:r>
      <w:r w:rsidR="00120D91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Yeah. I am really feeling - Sometimes I will come across some research paper and I found it </w:t>
      </w:r>
      <w:r w:rsidR="0061026C">
        <w:rPr>
          <w:rFonts w:ascii="Calibri" w:hAnsi="Calibri" w:cs="Calibri"/>
        </w:rPr>
        <w:tab/>
      </w:r>
      <w:r w:rsidR="0061026C">
        <w:rPr>
          <w:rFonts w:ascii="Calibri" w:hAnsi="Calibri" w:cs="Calibri"/>
        </w:rPr>
        <w:tab/>
      </w:r>
      <w:r w:rsidR="0061026C"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interesting. But very often, a lot of them are just repeating whatever people have said. And so </w:t>
      </w:r>
      <w:r w:rsidR="0061026C">
        <w:rPr>
          <w:rFonts w:ascii="Calibri" w:hAnsi="Calibri" w:cs="Calibri"/>
        </w:rPr>
        <w:tab/>
      </w:r>
      <w:r w:rsidR="0061026C">
        <w:rPr>
          <w:rFonts w:ascii="Calibri" w:hAnsi="Calibri" w:cs="Calibri"/>
        </w:rPr>
        <w:tab/>
      </w:r>
      <w:r w:rsidR="0061026C"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does my paper as well. Like, you know, I'm not really contributing a lot. And I just thought it </w:t>
      </w:r>
      <w:r w:rsidR="0061026C">
        <w:rPr>
          <w:rFonts w:ascii="Calibri" w:hAnsi="Calibri" w:cs="Calibri"/>
        </w:rPr>
        <w:tab/>
      </w:r>
      <w:r w:rsidR="0061026C">
        <w:rPr>
          <w:rFonts w:ascii="Calibri" w:hAnsi="Calibri" w:cs="Calibri"/>
        </w:rPr>
        <w:tab/>
      </w:r>
      <w:r w:rsidR="0061026C"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quite boring. </w:t>
      </w:r>
    </w:p>
    <w:p w14:paraId="1B32030D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68ABDB3E" w14:textId="3756708F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61026C">
        <w:rPr>
          <w:rFonts w:ascii="Calibri" w:hAnsi="Calibri" w:cs="Calibri"/>
          <w:b/>
        </w:rPr>
        <w:tab/>
      </w:r>
      <w:r w:rsidR="0061026C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So -  </w:t>
      </w:r>
    </w:p>
    <w:p w14:paraId="2406CB57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33B39F13" w14:textId="7651341D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JH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61026C">
        <w:rPr>
          <w:rFonts w:ascii="Calibri" w:hAnsi="Calibri" w:cs="Calibri"/>
          <w:b/>
        </w:rPr>
        <w:tab/>
      </w:r>
      <w:r w:rsidR="00120D91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And then my writing style is terrible as well. </w:t>
      </w:r>
    </w:p>
    <w:p w14:paraId="0CEA66E9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177AA54E" w14:textId="60D390C2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61026C">
        <w:rPr>
          <w:rFonts w:ascii="Calibri" w:hAnsi="Calibri" w:cs="Calibri"/>
          <w:b/>
        </w:rPr>
        <w:tab/>
      </w:r>
      <w:r w:rsidR="0061026C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No, no, no. Don't say that. </w:t>
      </w:r>
    </w:p>
    <w:p w14:paraId="57245EB3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2951F02A" w14:textId="77777777" w:rsidR="00885A73" w:rsidRPr="00837F53" w:rsidRDefault="0061026C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I think all of us kind of developed this as we move forward. This comes very nicely is because in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regards to the consultation that was offered by CELFE, the hope is that it helped you. </w:t>
      </w:r>
    </w:p>
    <w:p w14:paraId="47774DC1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46EEBE6D" w14:textId="77777777" w:rsidR="00885A73" w:rsidRPr="00837F53" w:rsidRDefault="0061026C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>How did you find out about the one-to-one writing session offered by CELFE?</w:t>
      </w:r>
    </w:p>
    <w:p w14:paraId="500C4938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0261B939" w14:textId="2449297C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JH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61026C">
        <w:rPr>
          <w:rFonts w:ascii="Calibri" w:hAnsi="Calibri" w:cs="Calibri"/>
          <w:b/>
        </w:rPr>
        <w:tab/>
      </w:r>
      <w:r w:rsidR="00120D91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The one-to-one session by CELFE. I think what's good is - Actually, the first session with Dorcas, </w:t>
      </w:r>
      <w:r w:rsidR="0061026C">
        <w:rPr>
          <w:rFonts w:ascii="Calibri" w:hAnsi="Calibri" w:cs="Calibri"/>
        </w:rPr>
        <w:tab/>
      </w:r>
      <w:r w:rsidR="0061026C">
        <w:rPr>
          <w:rFonts w:ascii="Calibri" w:hAnsi="Calibri" w:cs="Calibri"/>
        </w:rPr>
        <w:tab/>
      </w:r>
      <w:r w:rsidR="0061026C"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she basically read whatever I've written and then she pointed out the part that actually is not </w:t>
      </w:r>
      <w:r w:rsidR="0061026C">
        <w:rPr>
          <w:rFonts w:ascii="Calibri" w:hAnsi="Calibri" w:cs="Calibri"/>
        </w:rPr>
        <w:tab/>
      </w:r>
      <w:r w:rsidR="0061026C">
        <w:rPr>
          <w:rFonts w:ascii="Calibri" w:hAnsi="Calibri" w:cs="Calibri"/>
        </w:rPr>
        <w:tab/>
      </w:r>
      <w:r w:rsidR="0061026C"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>really making sense.</w:t>
      </w:r>
    </w:p>
    <w:p w14:paraId="7A0B64F1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222C7C53" w14:textId="77777777" w:rsidR="00885A73" w:rsidRPr="00837F53" w:rsidRDefault="0061026C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Sometimes when I'm writing it, I just feel like, "Oh, yeah. It actually makes sense." But then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when somebody is challenging you and asking you, "Why do you think that?" then it just made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me think, "Oh, yeah, maybe it's not really right to put this paragraph over here." </w:t>
      </w:r>
    </w:p>
    <w:p w14:paraId="1FAA2FA1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5EF20529" w14:textId="77777777" w:rsidR="00885A73" w:rsidRPr="00837F53" w:rsidRDefault="0061026C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So, she sort of helped me to kind of brush through my thoughts and just helped me to write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>better. To reorganize my thinking as well.</w:t>
      </w:r>
    </w:p>
    <w:p w14:paraId="05BCCF4A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3768F1BF" w14:textId="5F090492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61026C">
        <w:rPr>
          <w:rFonts w:ascii="Calibri" w:hAnsi="Calibri" w:cs="Calibri"/>
          <w:b/>
        </w:rPr>
        <w:tab/>
      </w:r>
      <w:r w:rsidR="0061026C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Okay. So how - </w:t>
      </w:r>
    </w:p>
    <w:p w14:paraId="500EF823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6952490E" w14:textId="25C931B8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JH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61026C">
        <w:rPr>
          <w:rFonts w:ascii="Calibri" w:hAnsi="Calibri" w:cs="Calibri"/>
          <w:b/>
        </w:rPr>
        <w:tab/>
      </w:r>
      <w:r w:rsidR="00120D91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>I think that's (unintelligible) [06:16]</w:t>
      </w:r>
    </w:p>
    <w:p w14:paraId="14C97EF9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1118C49E" w14:textId="648C5013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61026C">
        <w:rPr>
          <w:rFonts w:ascii="Calibri" w:hAnsi="Calibri" w:cs="Calibri"/>
          <w:b/>
        </w:rPr>
        <w:tab/>
      </w:r>
      <w:r w:rsidR="0061026C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>Okay, that was very good of her. And I think it was a very valuable experience for you too.</w:t>
      </w:r>
    </w:p>
    <w:p w14:paraId="7E3B90AD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4E2A2E4A" w14:textId="77777777" w:rsidR="00885A73" w:rsidRPr="00837F53" w:rsidRDefault="0061026C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With regards to how did you find out about - Was it through email? Was it through friends?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>Peers in school? Your supervisor?</w:t>
      </w:r>
    </w:p>
    <w:p w14:paraId="433EA706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559A585C" w14:textId="3285381C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JH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61026C">
        <w:rPr>
          <w:rFonts w:ascii="Calibri" w:hAnsi="Calibri" w:cs="Calibri"/>
          <w:b/>
        </w:rPr>
        <w:tab/>
      </w:r>
      <w:r w:rsidR="00120D91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For this, I think it's on </w:t>
      </w:r>
      <w:proofErr w:type="gramStart"/>
      <w:r w:rsidR="003943AF" w:rsidRPr="00837F53">
        <w:rPr>
          <w:rFonts w:ascii="Calibri" w:hAnsi="Calibri" w:cs="Calibri"/>
        </w:rPr>
        <w:t>internet</w:t>
      </w:r>
      <w:proofErr w:type="gramEnd"/>
      <w:r w:rsidR="003943AF" w:rsidRPr="00837F53">
        <w:rPr>
          <w:rFonts w:ascii="Calibri" w:hAnsi="Calibri" w:cs="Calibri"/>
        </w:rPr>
        <w:t xml:space="preserve">, isn't it? I mean, it's on the Blue Castle. It's a module. </w:t>
      </w:r>
    </w:p>
    <w:p w14:paraId="1D3CB0B1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3C534606" w14:textId="77777777" w:rsidR="00885A73" w:rsidRPr="00837F53" w:rsidRDefault="0061026C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Actually, I think my professor also mentioned that they have this help. A long, long time ago,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when I was signing up, I know they mentioned about there's the English help. And so I thought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that I really need it because I actually failed already my MA before. So, I thought that it'd be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>great if I can get this help.</w:t>
      </w:r>
    </w:p>
    <w:p w14:paraId="61B23835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0D2335E7" w14:textId="01609836" w:rsidR="003943AF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61026C">
        <w:rPr>
          <w:rFonts w:ascii="Calibri" w:hAnsi="Calibri" w:cs="Calibri"/>
          <w:b/>
        </w:rPr>
        <w:tab/>
      </w:r>
      <w:r w:rsidR="0061026C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This brings us nicely to the third question. What was your expectation from the session when </w:t>
      </w:r>
      <w:r w:rsidR="0061026C">
        <w:rPr>
          <w:rFonts w:ascii="Calibri" w:hAnsi="Calibri" w:cs="Calibri"/>
        </w:rPr>
        <w:tab/>
      </w:r>
      <w:r w:rsidR="0061026C">
        <w:rPr>
          <w:rFonts w:ascii="Calibri" w:hAnsi="Calibri" w:cs="Calibri"/>
        </w:rPr>
        <w:tab/>
      </w:r>
      <w:r w:rsidR="0061026C"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>you first signed up and before you attended it?</w:t>
      </w:r>
      <w:r w:rsidR="003943AF">
        <w:rPr>
          <w:rFonts w:ascii="Calibri" w:hAnsi="Calibri" w:cs="Calibri"/>
        </w:rPr>
        <w:t xml:space="preserve"> And -</w:t>
      </w:r>
    </w:p>
    <w:p w14:paraId="1AD7A0EF" w14:textId="77777777" w:rsidR="003943AF" w:rsidRDefault="003943AF">
      <w:pPr>
        <w:spacing w:after="0"/>
        <w:rPr>
          <w:rFonts w:ascii="Calibri" w:hAnsi="Calibri" w:cs="Calibri"/>
        </w:rPr>
      </w:pPr>
    </w:p>
    <w:p w14:paraId="5D45A546" w14:textId="74E1249D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JH</w:t>
      </w:r>
      <w:r w:rsidR="000D619F">
        <w:rPr>
          <w:rFonts w:ascii="Calibri" w:hAnsi="Calibri" w:cs="Calibri"/>
          <w:b/>
        </w:rPr>
        <w:t>:</w:t>
      </w:r>
      <w:r w:rsidR="0061026C">
        <w:rPr>
          <w:rFonts w:ascii="Calibri" w:hAnsi="Calibri" w:cs="Calibri"/>
          <w:b/>
        </w:rPr>
        <w:tab/>
      </w:r>
      <w:r w:rsidR="0061026C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>I -</w:t>
      </w:r>
    </w:p>
    <w:p w14:paraId="53E24DF6" w14:textId="77777777" w:rsidR="00885A73" w:rsidRDefault="00885A73">
      <w:pPr>
        <w:spacing w:after="0"/>
        <w:rPr>
          <w:rFonts w:ascii="Calibri" w:hAnsi="Calibri" w:cs="Calibri"/>
        </w:rPr>
      </w:pPr>
    </w:p>
    <w:p w14:paraId="2BD5C6E9" w14:textId="5508FECE" w:rsidR="003943AF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D619F">
        <w:rPr>
          <w:rFonts w:ascii="Calibri" w:hAnsi="Calibri" w:cs="Calibri"/>
          <w:b/>
        </w:rPr>
        <w:t>:</w:t>
      </w:r>
      <w:r w:rsidR="0061026C">
        <w:rPr>
          <w:rFonts w:ascii="Calibri" w:hAnsi="Calibri" w:cs="Calibri"/>
          <w:b/>
        </w:rPr>
        <w:tab/>
      </w:r>
      <w:r w:rsidR="0061026C">
        <w:rPr>
          <w:rFonts w:ascii="Calibri" w:hAnsi="Calibri" w:cs="Calibri"/>
          <w:b/>
        </w:rPr>
        <w:tab/>
      </w:r>
      <w:r w:rsidR="003943AF">
        <w:rPr>
          <w:rFonts w:ascii="Calibri" w:hAnsi="Calibri" w:cs="Calibri"/>
        </w:rPr>
        <w:t>Yeah, carry on.</w:t>
      </w:r>
    </w:p>
    <w:p w14:paraId="433CABBD" w14:textId="77777777" w:rsidR="003943AF" w:rsidRPr="00837F53" w:rsidRDefault="003943AF">
      <w:pPr>
        <w:spacing w:after="0"/>
        <w:rPr>
          <w:rFonts w:ascii="Calibri" w:hAnsi="Calibri" w:cs="Calibri"/>
        </w:rPr>
      </w:pPr>
    </w:p>
    <w:p w14:paraId="09955C5D" w14:textId="4D8D23C4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JH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61026C">
        <w:rPr>
          <w:rFonts w:ascii="Calibri" w:hAnsi="Calibri" w:cs="Calibri"/>
          <w:b/>
        </w:rPr>
        <w:tab/>
      </w:r>
      <w:r w:rsidR="00462969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I wasn't expecting anything at all, really. I thought that she is going to look at my paper and then </w:t>
      </w:r>
      <w:r w:rsidR="0061026C">
        <w:rPr>
          <w:rFonts w:ascii="Calibri" w:hAnsi="Calibri" w:cs="Calibri"/>
        </w:rPr>
        <w:tab/>
      </w:r>
      <w:r w:rsidR="0061026C"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sort of like giving me some feedback on whatever I've written. I didn't know she was going to go </w:t>
      </w:r>
      <w:r w:rsidR="0061026C">
        <w:rPr>
          <w:rFonts w:ascii="Calibri" w:hAnsi="Calibri" w:cs="Calibri"/>
        </w:rPr>
        <w:tab/>
      </w:r>
      <w:r w:rsidR="0061026C">
        <w:rPr>
          <w:rFonts w:ascii="Calibri" w:hAnsi="Calibri" w:cs="Calibri"/>
        </w:rPr>
        <w:tab/>
      </w:r>
      <w:r w:rsidR="0061026C"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through bit by bit with me. And I found that, you know, to detailing whatever I've written inside </w:t>
      </w:r>
      <w:r w:rsidR="0061026C">
        <w:rPr>
          <w:rFonts w:ascii="Calibri" w:hAnsi="Calibri" w:cs="Calibri"/>
        </w:rPr>
        <w:tab/>
      </w:r>
      <w:r w:rsidR="0061026C">
        <w:rPr>
          <w:rFonts w:ascii="Calibri" w:hAnsi="Calibri" w:cs="Calibri"/>
        </w:rPr>
        <w:tab/>
      </w:r>
      <w:r w:rsidR="0061026C"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actually helps better than only giving me the feedback. Do you know what I mean? </w:t>
      </w:r>
    </w:p>
    <w:p w14:paraId="42050213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552D65C6" w14:textId="61BCFB35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61026C">
        <w:rPr>
          <w:rFonts w:ascii="Calibri" w:hAnsi="Calibri" w:cs="Calibri"/>
          <w:b/>
        </w:rPr>
        <w:tab/>
      </w:r>
      <w:r w:rsidR="0061026C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Yeah. </w:t>
      </w:r>
    </w:p>
    <w:p w14:paraId="49A632B9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07F4BC3A" w14:textId="3AA2064C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JH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61026C">
        <w:rPr>
          <w:rFonts w:ascii="Calibri" w:hAnsi="Calibri" w:cs="Calibri"/>
          <w:b/>
        </w:rPr>
        <w:tab/>
      </w:r>
      <w:r w:rsidR="00462969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Sometimes going to see my professor also </w:t>
      </w:r>
      <w:proofErr w:type="gramStart"/>
      <w:r w:rsidR="003943AF" w:rsidRPr="00837F53">
        <w:rPr>
          <w:rFonts w:ascii="Calibri" w:hAnsi="Calibri" w:cs="Calibri"/>
        </w:rPr>
        <w:t>do</w:t>
      </w:r>
      <w:proofErr w:type="gramEnd"/>
      <w:r w:rsidR="003943AF" w:rsidRPr="00837F53">
        <w:rPr>
          <w:rFonts w:ascii="Calibri" w:hAnsi="Calibri" w:cs="Calibri"/>
        </w:rPr>
        <w:t xml:space="preserve"> that. One of the module, one of the professor, I </w:t>
      </w:r>
      <w:r w:rsidR="0061026C">
        <w:rPr>
          <w:rFonts w:ascii="Calibri" w:hAnsi="Calibri" w:cs="Calibri"/>
        </w:rPr>
        <w:tab/>
      </w:r>
      <w:r w:rsidR="0061026C">
        <w:rPr>
          <w:rFonts w:ascii="Calibri" w:hAnsi="Calibri" w:cs="Calibri"/>
        </w:rPr>
        <w:tab/>
      </w:r>
      <w:r w:rsidR="0061026C"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think he is Professor Ranjee (?) [07:58]? He actually offered to read our papers. Really nice of </w:t>
      </w:r>
      <w:r w:rsidR="0061026C">
        <w:rPr>
          <w:rFonts w:ascii="Calibri" w:hAnsi="Calibri" w:cs="Calibri"/>
        </w:rPr>
        <w:tab/>
      </w:r>
      <w:r w:rsidR="0061026C">
        <w:rPr>
          <w:rFonts w:ascii="Calibri" w:hAnsi="Calibri" w:cs="Calibri"/>
        </w:rPr>
        <w:tab/>
      </w:r>
      <w:r w:rsidR="0061026C"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him because our papers are crappy. But then he actually gave us feedback. For instance, he said, </w:t>
      </w:r>
      <w:r w:rsidR="0061026C">
        <w:rPr>
          <w:rFonts w:ascii="Calibri" w:hAnsi="Calibri" w:cs="Calibri"/>
        </w:rPr>
        <w:tab/>
      </w:r>
      <w:r w:rsidR="0061026C"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"Oh, this part, maybe you can think about it." </w:t>
      </w:r>
    </w:p>
    <w:p w14:paraId="52E5A874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4F7C4A7F" w14:textId="77777777" w:rsidR="00885A73" w:rsidRPr="00837F53" w:rsidRDefault="0061026C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But sometimes, it's the "think about it" part was we are actually struggling with. Do you know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what I mean? </w:t>
      </w:r>
    </w:p>
    <w:p w14:paraId="6E42DA9A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15C93870" w14:textId="10E5EB95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</w:t>
      </w:r>
      <w:r w:rsidR="0061026C">
        <w:rPr>
          <w:rFonts w:ascii="Calibri" w:hAnsi="Calibri" w:cs="Calibri"/>
          <w:b/>
        </w:rPr>
        <w:tab/>
      </w:r>
      <w:r w:rsidR="0061026C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>Yeah.</w:t>
      </w:r>
    </w:p>
    <w:p w14:paraId="6386E924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49AAFCB8" w14:textId="74D86141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JH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61026C">
        <w:rPr>
          <w:rFonts w:ascii="Calibri" w:hAnsi="Calibri" w:cs="Calibri"/>
          <w:b/>
        </w:rPr>
        <w:tab/>
      </w:r>
      <w:r w:rsidR="00462969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The reason why I've written this way is because I didn't know that I was wrong. </w:t>
      </w:r>
    </w:p>
    <w:p w14:paraId="3FADF53D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0FA5E933" w14:textId="77777777" w:rsidR="00885A73" w:rsidRPr="00837F53" w:rsidRDefault="0061026C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So even you've told me to think about it, I wouldn't know how to think it. Does it make sense to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>you?</w:t>
      </w:r>
    </w:p>
    <w:p w14:paraId="6AEFFA4E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136265B2" w14:textId="020E986F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61026C">
        <w:rPr>
          <w:rFonts w:ascii="Calibri" w:hAnsi="Calibri" w:cs="Calibri"/>
          <w:b/>
        </w:rPr>
        <w:tab/>
      </w:r>
      <w:r w:rsidR="0061026C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>Uh-huh.</w:t>
      </w:r>
    </w:p>
    <w:p w14:paraId="40E40BBF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07A36D11" w14:textId="77777777" w:rsidR="00885A73" w:rsidRPr="00837F53" w:rsidRDefault="0061026C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Yeah, it does. </w:t>
      </w:r>
    </w:p>
    <w:p w14:paraId="239BCE04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2B3B22B5" w14:textId="77777777" w:rsidR="00885A73" w:rsidRPr="00837F53" w:rsidRDefault="0061026C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So, in another way of taking this - That means the session was beyond your expectation then.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Because in the end of the day - </w:t>
      </w:r>
    </w:p>
    <w:p w14:paraId="16AF3686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5ACB7211" w14:textId="659D5102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JH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61026C">
        <w:rPr>
          <w:rFonts w:ascii="Calibri" w:hAnsi="Calibri" w:cs="Calibri"/>
          <w:b/>
        </w:rPr>
        <w:tab/>
      </w:r>
      <w:r w:rsidR="00462969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Yeah, it is </w:t>
      </w:r>
      <w:proofErr w:type="gramStart"/>
      <w:r w:rsidR="003943AF" w:rsidRPr="00837F53">
        <w:rPr>
          <w:rFonts w:ascii="Calibri" w:hAnsi="Calibri" w:cs="Calibri"/>
        </w:rPr>
        <w:t>definitely beyond</w:t>
      </w:r>
      <w:proofErr w:type="gramEnd"/>
      <w:r w:rsidR="003943AF" w:rsidRPr="00837F53">
        <w:rPr>
          <w:rFonts w:ascii="Calibri" w:hAnsi="Calibri" w:cs="Calibri"/>
        </w:rPr>
        <w:t xml:space="preserve"> my expectation. Yes.</w:t>
      </w:r>
    </w:p>
    <w:p w14:paraId="49E3E9A4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47870EE5" w14:textId="19641711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61026C">
        <w:rPr>
          <w:rFonts w:ascii="Calibri" w:hAnsi="Calibri" w:cs="Calibri"/>
          <w:b/>
        </w:rPr>
        <w:tab/>
      </w:r>
      <w:r w:rsidR="0061026C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Because given that you didn't expect it to go until that detail. So in a way it was very beneficial </w:t>
      </w:r>
      <w:r w:rsidR="0061026C">
        <w:rPr>
          <w:rFonts w:ascii="Calibri" w:hAnsi="Calibri" w:cs="Calibri"/>
        </w:rPr>
        <w:tab/>
      </w:r>
      <w:r w:rsidR="0061026C">
        <w:rPr>
          <w:rFonts w:ascii="Calibri" w:hAnsi="Calibri" w:cs="Calibri"/>
        </w:rPr>
        <w:tab/>
      </w:r>
      <w:r w:rsidR="0061026C"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to you as well because it kind of opened up a new perspective on - </w:t>
      </w:r>
    </w:p>
    <w:p w14:paraId="23534AA0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4D629106" w14:textId="5F39B62E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JH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61026C">
        <w:rPr>
          <w:rFonts w:ascii="Calibri" w:hAnsi="Calibri" w:cs="Calibri"/>
          <w:b/>
        </w:rPr>
        <w:tab/>
      </w:r>
      <w:r w:rsidR="00462969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>Yeah, definitely.</w:t>
      </w:r>
    </w:p>
    <w:p w14:paraId="59627629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315BDAB6" w14:textId="315B05B4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61026C">
        <w:rPr>
          <w:rFonts w:ascii="Calibri" w:hAnsi="Calibri" w:cs="Calibri"/>
          <w:b/>
        </w:rPr>
        <w:tab/>
      </w:r>
      <w:r w:rsidR="0061026C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>Okay.</w:t>
      </w:r>
    </w:p>
    <w:p w14:paraId="2BE24D76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23C27D70" w14:textId="77777777" w:rsidR="00885A73" w:rsidRPr="00837F53" w:rsidRDefault="0061026C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Overall, has the writing consultation been beneficial to you? If yes, in what way? If no, in what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>way?</w:t>
      </w:r>
    </w:p>
    <w:p w14:paraId="7752F5CB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44AC7138" w14:textId="440EF799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JH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61026C">
        <w:rPr>
          <w:rFonts w:ascii="Calibri" w:hAnsi="Calibri" w:cs="Calibri"/>
          <w:b/>
        </w:rPr>
        <w:tab/>
      </w:r>
      <w:r w:rsidR="00462969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Definitely for me, it is a big yes. Because, like I said, really clear up my thoughts. </w:t>
      </w:r>
    </w:p>
    <w:p w14:paraId="26805094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23A01270" w14:textId="77777777" w:rsidR="00885A73" w:rsidRPr="00837F53" w:rsidRDefault="0061026C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And also because she actually helped me to kind of like restructure it in such a way that it makes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more sense. Because very often, especially when we were doing our first draft, sometimes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>perhaps just moving s</w:t>
      </w:r>
      <w:r w:rsidR="0041658C">
        <w:rPr>
          <w:rFonts w:ascii="Calibri" w:hAnsi="Calibri" w:cs="Calibri"/>
        </w:rPr>
        <w:t xml:space="preserve">ome paragraph before or after, </w:t>
      </w:r>
      <w:r w:rsidR="003943AF" w:rsidRPr="00837F53">
        <w:rPr>
          <w:rFonts w:ascii="Calibri" w:hAnsi="Calibri" w:cs="Calibri"/>
        </w:rPr>
        <w:t xml:space="preserve">it just makes everything flow better. </w:t>
      </w:r>
    </w:p>
    <w:p w14:paraId="4EF00FE7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6A9EFA1D" w14:textId="77777777" w:rsidR="00885A73" w:rsidRPr="00837F53" w:rsidRDefault="0061026C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The person who doesn't really have a lot of academic background, their argument part doesn't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really come to me very easily. It's not like you guys have been writing paper daily, probably. </w:t>
      </w:r>
    </w:p>
    <w:p w14:paraId="6FEE2BA2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1F0CE4C8" w14:textId="77777777" w:rsidR="00885A73" w:rsidRPr="00837F53" w:rsidRDefault="0061026C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So, then will you think, "Oh, you know, you just have thesis, antithesis, and then you do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conclusion." It all seems very easy, but we were writing it, it is not that obvious. </w:t>
      </w:r>
    </w:p>
    <w:p w14:paraId="4CB19B1B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54983B77" w14:textId="0C28F9A9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61026C">
        <w:rPr>
          <w:rFonts w:ascii="Calibri" w:hAnsi="Calibri" w:cs="Calibri"/>
          <w:b/>
        </w:rPr>
        <w:tab/>
      </w:r>
      <w:r w:rsidR="0061026C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Okay. </w:t>
      </w:r>
    </w:p>
    <w:p w14:paraId="6F2E2A35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59161542" w14:textId="0D3D9036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JH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61026C">
        <w:rPr>
          <w:rFonts w:ascii="Calibri" w:hAnsi="Calibri" w:cs="Calibri"/>
          <w:b/>
        </w:rPr>
        <w:tab/>
      </w:r>
      <w:r w:rsidR="00462969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Like you - </w:t>
      </w:r>
    </w:p>
    <w:p w14:paraId="3F3A754B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40B2A2CD" w14:textId="32BB9AE7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61026C">
        <w:rPr>
          <w:rFonts w:ascii="Calibri" w:hAnsi="Calibri" w:cs="Calibri"/>
          <w:b/>
        </w:rPr>
        <w:tab/>
      </w:r>
      <w:r w:rsidR="0061026C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>Carry on.</w:t>
      </w:r>
    </w:p>
    <w:p w14:paraId="201C632C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7C155A82" w14:textId="0DD2231D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JH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61026C">
        <w:rPr>
          <w:rFonts w:ascii="Calibri" w:hAnsi="Calibri" w:cs="Calibri"/>
          <w:b/>
        </w:rPr>
        <w:tab/>
      </w:r>
      <w:r w:rsidR="00462969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Going into the detail. For instance, Dr. Michael, there's one time she actually - He's very nice. </w:t>
      </w:r>
      <w:r w:rsidR="0061026C">
        <w:rPr>
          <w:rFonts w:ascii="Calibri" w:hAnsi="Calibri" w:cs="Calibri"/>
        </w:rPr>
        <w:tab/>
      </w:r>
      <w:r w:rsidR="0061026C">
        <w:rPr>
          <w:rFonts w:ascii="Calibri" w:hAnsi="Calibri" w:cs="Calibri"/>
        </w:rPr>
        <w:tab/>
      </w:r>
      <w:r w:rsidR="0061026C"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He's given us some extra tutorials as well. And then he was telling me like, "Oh, you know, </w:t>
      </w:r>
      <w:r w:rsidR="0061026C">
        <w:rPr>
          <w:rFonts w:ascii="Calibri" w:hAnsi="Calibri" w:cs="Calibri"/>
        </w:rPr>
        <w:tab/>
      </w:r>
      <w:r w:rsidR="0061026C">
        <w:rPr>
          <w:rFonts w:ascii="Calibri" w:hAnsi="Calibri" w:cs="Calibri"/>
        </w:rPr>
        <w:tab/>
      </w:r>
      <w:r w:rsidR="0061026C"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actually your paper is quite simple. You just need to argue that, you know, some people are </w:t>
      </w:r>
      <w:r w:rsidR="0061026C">
        <w:rPr>
          <w:rFonts w:ascii="Calibri" w:hAnsi="Calibri" w:cs="Calibri"/>
        </w:rPr>
        <w:tab/>
      </w:r>
      <w:r w:rsidR="0061026C">
        <w:rPr>
          <w:rFonts w:ascii="Calibri" w:hAnsi="Calibri" w:cs="Calibri"/>
        </w:rPr>
        <w:tab/>
      </w:r>
      <w:r w:rsidR="0061026C"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thinking that way, some people are not thinking that way. Then you coming up with your own </w:t>
      </w:r>
      <w:r w:rsidR="0061026C">
        <w:rPr>
          <w:rFonts w:ascii="Calibri" w:hAnsi="Calibri" w:cs="Calibri"/>
        </w:rPr>
        <w:tab/>
      </w:r>
      <w:r w:rsidR="0061026C">
        <w:rPr>
          <w:rFonts w:ascii="Calibri" w:hAnsi="Calibri" w:cs="Calibri"/>
        </w:rPr>
        <w:tab/>
      </w:r>
      <w:r w:rsidR="0061026C"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conclusion." </w:t>
      </w:r>
    </w:p>
    <w:p w14:paraId="5A3E3106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1EEBA081" w14:textId="3ECA4A5B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61026C">
        <w:rPr>
          <w:rFonts w:ascii="Calibri" w:hAnsi="Calibri" w:cs="Calibri"/>
          <w:b/>
        </w:rPr>
        <w:tab/>
      </w:r>
      <w:r w:rsidR="0061026C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>Okay.</w:t>
      </w:r>
    </w:p>
    <w:p w14:paraId="507928DD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5321825F" w14:textId="5199CB8D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lastRenderedPageBreak/>
        <w:t>JH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61026C">
        <w:rPr>
          <w:rFonts w:ascii="Calibri" w:hAnsi="Calibri" w:cs="Calibri"/>
          <w:b/>
        </w:rPr>
        <w:tab/>
      </w:r>
      <w:r w:rsidR="00462969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It all </w:t>
      </w:r>
      <w:proofErr w:type="gramStart"/>
      <w:r w:rsidR="003943AF" w:rsidRPr="00837F53">
        <w:rPr>
          <w:rFonts w:ascii="Calibri" w:hAnsi="Calibri" w:cs="Calibri"/>
        </w:rPr>
        <w:t>sound</w:t>
      </w:r>
      <w:proofErr w:type="gramEnd"/>
      <w:r w:rsidR="003943AF" w:rsidRPr="00837F53">
        <w:rPr>
          <w:rFonts w:ascii="Calibri" w:hAnsi="Calibri" w:cs="Calibri"/>
        </w:rPr>
        <w:t xml:space="preserve"> very reasonable and simple until I start to write it. </w:t>
      </w:r>
    </w:p>
    <w:p w14:paraId="4793596B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7ADA2EB7" w14:textId="77777777" w:rsidR="00885A73" w:rsidRPr="00837F53" w:rsidRDefault="0061026C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Then I feel like, but then I don't really find the antithesis part. Do you know what I mean? </w:t>
      </w:r>
    </w:p>
    <w:p w14:paraId="1F3F224F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5414060B" w14:textId="3FC0374D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61026C">
        <w:rPr>
          <w:rFonts w:ascii="Calibri" w:hAnsi="Calibri" w:cs="Calibri"/>
          <w:b/>
        </w:rPr>
        <w:tab/>
      </w:r>
      <w:r w:rsidR="0061026C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>Yeah.</w:t>
      </w:r>
    </w:p>
    <w:p w14:paraId="1F38A991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5BCDE3C9" w14:textId="1422CD06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JH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61026C">
        <w:rPr>
          <w:rFonts w:ascii="Calibri" w:hAnsi="Calibri" w:cs="Calibri"/>
          <w:b/>
        </w:rPr>
        <w:tab/>
      </w:r>
      <w:r w:rsidR="00462969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Perhaps I didn't find a lot of people </w:t>
      </w:r>
      <w:proofErr w:type="gramStart"/>
      <w:r w:rsidR="003943AF" w:rsidRPr="00837F53">
        <w:rPr>
          <w:rFonts w:ascii="Calibri" w:hAnsi="Calibri" w:cs="Calibri"/>
        </w:rPr>
        <w:t>actually were</w:t>
      </w:r>
      <w:proofErr w:type="gramEnd"/>
      <w:r w:rsidR="003943AF" w:rsidRPr="00837F53">
        <w:rPr>
          <w:rFonts w:ascii="Calibri" w:hAnsi="Calibri" w:cs="Calibri"/>
        </w:rPr>
        <w:t xml:space="preserve"> against that, you know. It is harder for me to </w:t>
      </w:r>
      <w:r w:rsidR="0061026C">
        <w:rPr>
          <w:rFonts w:ascii="Calibri" w:hAnsi="Calibri" w:cs="Calibri"/>
        </w:rPr>
        <w:tab/>
      </w:r>
      <w:r w:rsidR="0061026C">
        <w:rPr>
          <w:rFonts w:ascii="Calibri" w:hAnsi="Calibri" w:cs="Calibri"/>
        </w:rPr>
        <w:tab/>
      </w:r>
      <w:r w:rsidR="0061026C"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>draw conclusions well.</w:t>
      </w:r>
    </w:p>
    <w:p w14:paraId="04A87422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4D7BF539" w14:textId="7C03B77B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61026C">
        <w:rPr>
          <w:rFonts w:ascii="Calibri" w:hAnsi="Calibri" w:cs="Calibri"/>
          <w:b/>
        </w:rPr>
        <w:tab/>
      </w:r>
      <w:r w:rsidR="0061026C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Yeah. It takes practice, to be honest, </w:t>
      </w:r>
      <w:r>
        <w:rPr>
          <w:rFonts w:ascii="Calibri" w:hAnsi="Calibri" w:cs="Calibri"/>
        </w:rPr>
        <w:t>JH</w:t>
      </w:r>
      <w:r w:rsidR="003943AF" w:rsidRPr="00837F53">
        <w:rPr>
          <w:rFonts w:ascii="Calibri" w:hAnsi="Calibri" w:cs="Calibri"/>
        </w:rPr>
        <w:t>. But I think you're on the right path.</w:t>
      </w:r>
    </w:p>
    <w:p w14:paraId="277B6061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432D2674" w14:textId="162008C5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JH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61026C">
        <w:rPr>
          <w:rFonts w:ascii="Calibri" w:hAnsi="Calibri" w:cs="Calibri"/>
          <w:b/>
        </w:rPr>
        <w:tab/>
      </w:r>
      <w:r w:rsidR="00462969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Yeah, but I don't want to practice, </w:t>
      </w:r>
      <w:proofErr w:type="gramStart"/>
      <w:r w:rsidR="003943AF" w:rsidRPr="00837F53">
        <w:rPr>
          <w:rFonts w:ascii="Calibri" w:hAnsi="Calibri" w:cs="Calibri"/>
        </w:rPr>
        <w:t>you</w:t>
      </w:r>
      <w:proofErr w:type="gramEnd"/>
      <w:r w:rsidR="003943AF" w:rsidRPr="00837F53">
        <w:rPr>
          <w:rFonts w:ascii="Calibri" w:hAnsi="Calibri" w:cs="Calibri"/>
        </w:rPr>
        <w:t xml:space="preserve"> see?</w:t>
      </w:r>
    </w:p>
    <w:p w14:paraId="36291957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61BDF958" w14:textId="780261D3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61026C">
        <w:rPr>
          <w:rFonts w:ascii="Calibri" w:hAnsi="Calibri" w:cs="Calibri"/>
          <w:b/>
        </w:rPr>
        <w:tab/>
      </w:r>
      <w:r w:rsidR="0061026C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Let me ask you this in terms of the support that you receive. In your opinion, would it be better </w:t>
      </w:r>
      <w:r w:rsidR="0061026C">
        <w:rPr>
          <w:rFonts w:ascii="Calibri" w:hAnsi="Calibri" w:cs="Calibri"/>
        </w:rPr>
        <w:tab/>
      </w:r>
      <w:r w:rsidR="0061026C">
        <w:rPr>
          <w:rFonts w:ascii="Calibri" w:hAnsi="Calibri" w:cs="Calibri"/>
        </w:rPr>
        <w:tab/>
      </w:r>
      <w:r w:rsidR="0061026C"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that the person that supported you gave you a general support with regards to your writing? Or </w:t>
      </w:r>
      <w:r w:rsidR="0061026C">
        <w:rPr>
          <w:rFonts w:ascii="Calibri" w:hAnsi="Calibri" w:cs="Calibri"/>
        </w:rPr>
        <w:tab/>
      </w:r>
      <w:r w:rsidR="0061026C">
        <w:rPr>
          <w:rFonts w:ascii="Calibri" w:hAnsi="Calibri" w:cs="Calibri"/>
        </w:rPr>
        <w:tab/>
      </w:r>
      <w:r w:rsidR="0061026C"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would you felt that it would have been much more beneficial if the support given was more </w:t>
      </w:r>
      <w:r w:rsidR="0061026C">
        <w:rPr>
          <w:rFonts w:ascii="Calibri" w:hAnsi="Calibri" w:cs="Calibri"/>
        </w:rPr>
        <w:tab/>
      </w:r>
      <w:r w:rsidR="0061026C">
        <w:rPr>
          <w:rFonts w:ascii="Calibri" w:hAnsi="Calibri" w:cs="Calibri"/>
        </w:rPr>
        <w:tab/>
      </w:r>
      <w:r w:rsidR="0061026C"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>tailored and focused on the content of your expert area?</w:t>
      </w:r>
    </w:p>
    <w:p w14:paraId="50137D89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16C3BF13" w14:textId="65FD19C6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JH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61026C">
        <w:rPr>
          <w:rFonts w:ascii="Calibri" w:hAnsi="Calibri" w:cs="Calibri"/>
          <w:b/>
        </w:rPr>
        <w:tab/>
      </w:r>
      <w:r w:rsidR="00462969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I think it's both. Honestly, if you - I know that you actually have another support, which is like </w:t>
      </w:r>
      <w:r w:rsidR="0061026C">
        <w:rPr>
          <w:rFonts w:ascii="Calibri" w:hAnsi="Calibri" w:cs="Calibri"/>
        </w:rPr>
        <w:tab/>
      </w:r>
      <w:r w:rsidR="0061026C">
        <w:rPr>
          <w:rFonts w:ascii="Calibri" w:hAnsi="Calibri" w:cs="Calibri"/>
        </w:rPr>
        <w:tab/>
      </w:r>
      <w:r w:rsidR="0061026C"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you are, in general, just giving people, you know, the methodology of how to write it.  And </w:t>
      </w:r>
      <w:r w:rsidR="0061026C">
        <w:rPr>
          <w:rFonts w:ascii="Calibri" w:hAnsi="Calibri" w:cs="Calibri"/>
        </w:rPr>
        <w:tab/>
      </w:r>
      <w:r w:rsidR="0061026C">
        <w:rPr>
          <w:rFonts w:ascii="Calibri" w:hAnsi="Calibri" w:cs="Calibri"/>
        </w:rPr>
        <w:tab/>
      </w:r>
      <w:r w:rsidR="0061026C"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>honestly, I thou</w:t>
      </w:r>
      <w:r w:rsidR="0061026C">
        <w:rPr>
          <w:rFonts w:ascii="Calibri" w:hAnsi="Calibri" w:cs="Calibri"/>
        </w:rPr>
        <w:t>g</w:t>
      </w:r>
      <w:r w:rsidR="003943AF" w:rsidRPr="00837F53">
        <w:rPr>
          <w:rFonts w:ascii="Calibri" w:hAnsi="Calibri" w:cs="Calibri"/>
        </w:rPr>
        <w:t xml:space="preserve">ht that was quite helpful. </w:t>
      </w:r>
    </w:p>
    <w:p w14:paraId="6E85E842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222C1A33" w14:textId="77777777" w:rsidR="00885A73" w:rsidRPr="00837F53" w:rsidRDefault="0061026C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I mean, the only problem is probably a lot of students will find it boring until they need it. Do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you know what I mean? </w:t>
      </w:r>
    </w:p>
    <w:p w14:paraId="10F5D180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4172CD1A" w14:textId="77777777" w:rsidR="00885A73" w:rsidRPr="00837F53" w:rsidRDefault="0061026C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Before I need it, do I want to wear these eye (?) [11:54] issue? Probably not. But when I need it,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I will feel like it will be very beneficial because then you will tell me like, how to combine two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>arguments together, and to make a more sounding (?) [12:07], isn't it?</w:t>
      </w:r>
    </w:p>
    <w:p w14:paraId="6C3341B9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056D49E6" w14:textId="750A2A07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61026C">
        <w:rPr>
          <w:rFonts w:ascii="Calibri" w:hAnsi="Calibri" w:cs="Calibri"/>
          <w:b/>
        </w:rPr>
        <w:tab/>
      </w:r>
      <w:r w:rsidR="0061026C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>Yeah.</w:t>
      </w:r>
    </w:p>
    <w:p w14:paraId="4CB8C16A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66E0D693" w14:textId="39D2A137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JH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61026C">
        <w:rPr>
          <w:rFonts w:ascii="Calibri" w:hAnsi="Calibri" w:cs="Calibri"/>
          <w:b/>
        </w:rPr>
        <w:tab/>
      </w:r>
      <w:r w:rsidR="00462969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I really do find that one-to-one session that </w:t>
      </w:r>
      <w:proofErr w:type="gramStart"/>
      <w:r w:rsidR="003943AF" w:rsidRPr="00837F53">
        <w:rPr>
          <w:rFonts w:ascii="Calibri" w:hAnsi="Calibri" w:cs="Calibri"/>
        </w:rPr>
        <w:t>actually tailored</w:t>
      </w:r>
      <w:proofErr w:type="gramEnd"/>
      <w:r w:rsidR="003943AF" w:rsidRPr="00837F53">
        <w:rPr>
          <w:rFonts w:ascii="Calibri" w:hAnsi="Calibri" w:cs="Calibri"/>
        </w:rPr>
        <w:t xml:space="preserve"> to whatever I need was really </w:t>
      </w:r>
      <w:r w:rsidR="0061026C">
        <w:rPr>
          <w:rFonts w:ascii="Calibri" w:hAnsi="Calibri" w:cs="Calibri"/>
        </w:rPr>
        <w:tab/>
      </w:r>
      <w:r w:rsidR="0061026C">
        <w:rPr>
          <w:rFonts w:ascii="Calibri" w:hAnsi="Calibri" w:cs="Calibri"/>
        </w:rPr>
        <w:tab/>
      </w:r>
      <w:r w:rsidR="0061026C"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beneficial, in a sense, because it's really tailored to me. And then when Dorcas looked at my </w:t>
      </w:r>
      <w:r w:rsidR="0061026C">
        <w:rPr>
          <w:rFonts w:ascii="Calibri" w:hAnsi="Calibri" w:cs="Calibri"/>
        </w:rPr>
        <w:tab/>
      </w:r>
      <w:r w:rsidR="0061026C">
        <w:rPr>
          <w:rFonts w:ascii="Calibri" w:hAnsi="Calibri" w:cs="Calibri"/>
        </w:rPr>
        <w:tab/>
      </w:r>
      <w:r w:rsidR="0061026C"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paper, she was thinking, "Oh, shit. You know, she really needs help." </w:t>
      </w:r>
    </w:p>
    <w:p w14:paraId="5A94A1CA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130F9ACD" w14:textId="77777777" w:rsidR="00885A73" w:rsidRPr="00837F53" w:rsidRDefault="0061026C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>(unintelligible crosstalk) [12:26]</w:t>
      </w:r>
    </w:p>
    <w:p w14:paraId="58B26AD6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4FB96EB4" w14:textId="3CFB15E5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61026C">
        <w:rPr>
          <w:rFonts w:ascii="Calibri" w:hAnsi="Calibri" w:cs="Calibri"/>
          <w:b/>
        </w:rPr>
        <w:tab/>
      </w:r>
      <w:r w:rsidR="0061026C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So - </w:t>
      </w:r>
    </w:p>
    <w:p w14:paraId="17D8DCDD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759DCC38" w14:textId="607F7E1D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JH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61026C">
        <w:rPr>
          <w:rFonts w:ascii="Calibri" w:hAnsi="Calibri" w:cs="Calibri"/>
          <w:b/>
        </w:rPr>
        <w:tab/>
      </w:r>
      <w:r w:rsidR="00462969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Then she </w:t>
      </w:r>
      <w:proofErr w:type="gramStart"/>
      <w:r w:rsidR="003943AF" w:rsidRPr="00837F53">
        <w:rPr>
          <w:rFonts w:ascii="Calibri" w:hAnsi="Calibri" w:cs="Calibri"/>
        </w:rPr>
        <w:t>look</w:t>
      </w:r>
      <w:proofErr w:type="gramEnd"/>
      <w:r w:rsidR="003943AF" w:rsidRPr="00837F53">
        <w:rPr>
          <w:rFonts w:ascii="Calibri" w:hAnsi="Calibri" w:cs="Calibri"/>
        </w:rPr>
        <w:t xml:space="preserve"> at that, and then she can </w:t>
      </w:r>
      <w:proofErr w:type="gramStart"/>
      <w:r w:rsidR="003943AF" w:rsidRPr="00837F53">
        <w:rPr>
          <w:rFonts w:ascii="Calibri" w:hAnsi="Calibri" w:cs="Calibri"/>
        </w:rPr>
        <w:t>give</w:t>
      </w:r>
      <w:proofErr w:type="gramEnd"/>
      <w:r w:rsidR="003943AF" w:rsidRPr="00837F53">
        <w:rPr>
          <w:rFonts w:ascii="Calibri" w:hAnsi="Calibri" w:cs="Calibri"/>
        </w:rPr>
        <w:t xml:space="preserve"> me exactly what's going on. She can know exactly </w:t>
      </w:r>
      <w:r w:rsidR="0061026C">
        <w:rPr>
          <w:rFonts w:ascii="Calibri" w:hAnsi="Calibri" w:cs="Calibri"/>
        </w:rPr>
        <w:tab/>
      </w:r>
      <w:r w:rsidR="0061026C">
        <w:rPr>
          <w:rFonts w:ascii="Calibri" w:hAnsi="Calibri" w:cs="Calibri"/>
        </w:rPr>
        <w:tab/>
      </w:r>
      <w:r w:rsidR="0061026C"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>what's going on and what's going wrong with my paper.</w:t>
      </w:r>
    </w:p>
    <w:p w14:paraId="41B07A8D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2A5A56F4" w14:textId="66F7B7E9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lastRenderedPageBreak/>
        <w:t>TC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61026C">
        <w:rPr>
          <w:rFonts w:ascii="Calibri" w:hAnsi="Calibri" w:cs="Calibri"/>
          <w:b/>
        </w:rPr>
        <w:tab/>
      </w:r>
      <w:r w:rsidR="0061026C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Which is good. </w:t>
      </w:r>
    </w:p>
    <w:p w14:paraId="66C69F69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6CDE7800" w14:textId="77777777" w:rsidR="00885A73" w:rsidRPr="00837F53" w:rsidRDefault="0061026C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This brings me nicely to number five. Was the session - as far as I am aware of was between 45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>minutes to an hour. In your opinion, was it enough for you in terms of the support?</w:t>
      </w:r>
    </w:p>
    <w:p w14:paraId="2DAE97AE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1DFDB578" w14:textId="16161526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JH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61026C">
        <w:rPr>
          <w:rFonts w:ascii="Calibri" w:hAnsi="Calibri" w:cs="Calibri"/>
          <w:b/>
        </w:rPr>
        <w:tab/>
      </w:r>
      <w:r w:rsidR="00462969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Not enough, because we could only </w:t>
      </w:r>
      <w:proofErr w:type="gramStart"/>
      <w:r w:rsidR="003943AF" w:rsidRPr="00837F53">
        <w:rPr>
          <w:rFonts w:ascii="Calibri" w:hAnsi="Calibri" w:cs="Calibri"/>
        </w:rPr>
        <w:t>talking</w:t>
      </w:r>
      <w:proofErr w:type="gramEnd"/>
      <w:r w:rsidR="003943AF" w:rsidRPr="00837F53">
        <w:rPr>
          <w:rFonts w:ascii="Calibri" w:hAnsi="Calibri" w:cs="Calibri"/>
        </w:rPr>
        <w:t xml:space="preserve"> about, like, one section of it. I think the first session </w:t>
      </w:r>
      <w:r w:rsidR="0061026C">
        <w:rPr>
          <w:rFonts w:ascii="Calibri" w:hAnsi="Calibri" w:cs="Calibri"/>
        </w:rPr>
        <w:tab/>
      </w:r>
      <w:r w:rsidR="0061026C">
        <w:rPr>
          <w:rFonts w:ascii="Calibri" w:hAnsi="Calibri" w:cs="Calibri"/>
        </w:rPr>
        <w:tab/>
      </w:r>
      <w:r w:rsidR="0061026C"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>when she was lo</w:t>
      </w:r>
      <w:r w:rsidR="00E754C1">
        <w:rPr>
          <w:rFonts w:ascii="Calibri" w:hAnsi="Calibri" w:cs="Calibri"/>
        </w:rPr>
        <w:t xml:space="preserve">oking at my overall structure, </w:t>
      </w:r>
      <w:r w:rsidR="00B114DD" w:rsidRPr="00837F53">
        <w:rPr>
          <w:rFonts w:ascii="Calibri" w:hAnsi="Calibri" w:cs="Calibri"/>
        </w:rPr>
        <w:t>that 45 minutes worked, beca</w:t>
      </w:r>
      <w:r w:rsidR="00B114DD">
        <w:rPr>
          <w:rFonts w:ascii="Calibri" w:hAnsi="Calibri" w:cs="Calibri"/>
        </w:rPr>
        <w:t xml:space="preserve">use, overall, we’re </w:t>
      </w:r>
      <w:r w:rsidR="00B114DD">
        <w:rPr>
          <w:rFonts w:ascii="Calibri" w:hAnsi="Calibri" w:cs="Calibri"/>
        </w:rPr>
        <w:tab/>
      </w:r>
      <w:r w:rsidR="00B114DD">
        <w:rPr>
          <w:rFonts w:ascii="Calibri" w:hAnsi="Calibri" w:cs="Calibri"/>
        </w:rPr>
        <w:tab/>
      </w:r>
      <w:r w:rsidR="00B114DD">
        <w:rPr>
          <w:rFonts w:ascii="Calibri" w:hAnsi="Calibri" w:cs="Calibri"/>
        </w:rPr>
        <w:tab/>
      </w:r>
      <w:r w:rsidR="00B114DD" w:rsidRPr="00837F53">
        <w:rPr>
          <w:rFonts w:ascii="Calibri" w:hAnsi="Calibri" w:cs="Calibri"/>
        </w:rPr>
        <w:t>just</w:t>
      </w:r>
      <w:r w:rsidR="003943AF" w:rsidRPr="00837F53">
        <w:rPr>
          <w:rFonts w:ascii="Calibri" w:hAnsi="Calibri" w:cs="Calibri"/>
        </w:rPr>
        <w:t xml:space="preserve"> going through the structure, right? </w:t>
      </w:r>
    </w:p>
    <w:p w14:paraId="29278C78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6D44A332" w14:textId="77777777" w:rsidR="00885A73" w:rsidRPr="00837F53" w:rsidRDefault="0061026C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But the second time, we can only look at one part because the whole paper is 6000 words. It is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>not a lot but still, that's quite a lot to go through, especially for a person like me.</w:t>
      </w:r>
    </w:p>
    <w:p w14:paraId="7D359991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0C5138CE" w14:textId="5AB77557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61026C">
        <w:rPr>
          <w:rFonts w:ascii="Calibri" w:hAnsi="Calibri" w:cs="Calibri"/>
          <w:b/>
        </w:rPr>
        <w:tab/>
      </w:r>
      <w:r w:rsidR="0061026C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Yeah, I know. Many people say the same thing or promo (problem?) [13:26] about that. </w:t>
      </w:r>
    </w:p>
    <w:p w14:paraId="22FCE452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5ACFDB14" w14:textId="77777777" w:rsidR="00885A73" w:rsidRPr="00837F53" w:rsidRDefault="0061026C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But in your opinion, how long do you think would have been enough? Because we are worried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that if you do it too long, it might overwhelm the person. But given that 45 minutes to an hour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>wasn't enough for you, how long do you think would have been the ideal duration?</w:t>
      </w:r>
    </w:p>
    <w:p w14:paraId="73147E6E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74433EF0" w14:textId="68361AE2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JH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61026C">
        <w:rPr>
          <w:rFonts w:ascii="Calibri" w:hAnsi="Calibri" w:cs="Calibri"/>
          <w:b/>
        </w:rPr>
        <w:tab/>
      </w:r>
      <w:r w:rsidR="00462969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I think it will be - perhaps, yeah. Just my thinking but it will be probably not very fair for you. </w:t>
      </w:r>
    </w:p>
    <w:p w14:paraId="52D27C7D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6FFEB8A0" w14:textId="77777777" w:rsidR="00885A73" w:rsidRPr="00837F53" w:rsidRDefault="0061026C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I was just thinking it will be really helping if I sent Dorcas the paper first and she had a look. And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she then tell me like which part that she think is more problematic and then need to really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addressed. And then maybe it will be like maybe one hour to one and half an hour actually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making work. </w:t>
      </w:r>
    </w:p>
    <w:p w14:paraId="19FDBD93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365E7629" w14:textId="44693B24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61026C">
        <w:rPr>
          <w:rFonts w:ascii="Calibri" w:hAnsi="Calibri" w:cs="Calibri"/>
          <w:b/>
        </w:rPr>
        <w:tab/>
      </w:r>
      <w:r w:rsidR="0061026C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Okay. </w:t>
      </w:r>
    </w:p>
    <w:p w14:paraId="60E7E0DA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3AAA02DB" w14:textId="77777777" w:rsidR="003943AF" w:rsidRDefault="0061026C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So, future advancement would be to give the paper first, maybe one or two or three days before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the session, let both parties get familiar with the content. Then when the sessions starts,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directly dive into the sections of the paper that requires more support and more help. Am I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>right?</w:t>
      </w:r>
    </w:p>
    <w:p w14:paraId="273C6879" w14:textId="77777777" w:rsidR="003943AF" w:rsidRDefault="003943AF">
      <w:pPr>
        <w:spacing w:after="0"/>
        <w:rPr>
          <w:rFonts w:ascii="Calibri" w:hAnsi="Calibri" w:cs="Calibri"/>
        </w:rPr>
      </w:pPr>
    </w:p>
    <w:p w14:paraId="5380A66C" w14:textId="7EB24643" w:rsidR="00885A73" w:rsidRPr="00837F53" w:rsidRDefault="003D0436" w:rsidP="003943AF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JH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61026C">
        <w:rPr>
          <w:rFonts w:ascii="Calibri" w:hAnsi="Calibri" w:cs="Calibri"/>
          <w:b/>
        </w:rPr>
        <w:tab/>
      </w:r>
      <w:r w:rsidR="00462969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Yeah, correct. </w:t>
      </w:r>
    </w:p>
    <w:p w14:paraId="097D6D7B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2BDDBEE8" w14:textId="14D0A3EA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61026C">
        <w:rPr>
          <w:rFonts w:ascii="Calibri" w:hAnsi="Calibri" w:cs="Calibri"/>
          <w:b/>
        </w:rPr>
        <w:tab/>
      </w:r>
      <w:r w:rsidR="0061026C">
        <w:rPr>
          <w:rFonts w:ascii="Calibri" w:hAnsi="Calibri" w:cs="Calibri"/>
          <w:b/>
        </w:rPr>
        <w:tab/>
      </w:r>
      <w:proofErr w:type="gramStart"/>
      <w:r w:rsidR="003943AF" w:rsidRPr="00837F53">
        <w:rPr>
          <w:rFonts w:ascii="Calibri" w:hAnsi="Calibri" w:cs="Calibri"/>
        </w:rPr>
        <w:t>In regards to</w:t>
      </w:r>
      <w:proofErr w:type="gramEnd"/>
      <w:r w:rsidR="003943AF" w:rsidRPr="00837F53">
        <w:rPr>
          <w:rFonts w:ascii="Calibri" w:hAnsi="Calibri" w:cs="Calibri"/>
        </w:rPr>
        <w:t xml:space="preserve"> the one hour that you and Dorcas shared, was it well-used in terms of the whole </w:t>
      </w:r>
      <w:r w:rsidR="0061026C">
        <w:rPr>
          <w:rFonts w:ascii="Calibri" w:hAnsi="Calibri" w:cs="Calibri"/>
        </w:rPr>
        <w:tab/>
      </w:r>
      <w:r w:rsidR="0061026C">
        <w:rPr>
          <w:rFonts w:ascii="Calibri" w:hAnsi="Calibri" w:cs="Calibri"/>
        </w:rPr>
        <w:tab/>
      </w:r>
      <w:r w:rsidR="0061026C"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>one hour? Or was it more of she was reading your work and then you were just -</w:t>
      </w:r>
    </w:p>
    <w:p w14:paraId="74F19F19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74717398" w14:textId="183E6357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JH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61026C">
        <w:rPr>
          <w:rFonts w:ascii="Calibri" w:hAnsi="Calibri" w:cs="Calibri"/>
          <w:b/>
        </w:rPr>
        <w:tab/>
      </w:r>
      <w:r w:rsidR="00462969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No, no, no. She's trying very </w:t>
      </w:r>
      <w:r w:rsidR="00B114DD" w:rsidRPr="00837F53">
        <w:rPr>
          <w:rFonts w:ascii="Calibri" w:hAnsi="Calibri" w:cs="Calibri"/>
        </w:rPr>
        <w:t>- Actually</w:t>
      </w:r>
      <w:r w:rsidR="003943AF" w:rsidRPr="00837F53">
        <w:rPr>
          <w:rFonts w:ascii="Calibri" w:hAnsi="Calibri" w:cs="Calibri"/>
        </w:rPr>
        <w:t xml:space="preserve"> it's my fault as well. I mean, she did offer to give her the </w:t>
      </w:r>
      <w:r w:rsidR="0061026C">
        <w:rPr>
          <w:rFonts w:ascii="Calibri" w:hAnsi="Calibri" w:cs="Calibri"/>
        </w:rPr>
        <w:tab/>
      </w:r>
      <w:r w:rsidR="0061026C">
        <w:rPr>
          <w:rFonts w:ascii="Calibri" w:hAnsi="Calibri" w:cs="Calibri"/>
        </w:rPr>
        <w:tab/>
      </w:r>
      <w:r w:rsidR="0061026C"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>paper. But the problem is that at the time, I really have problem finishing it.</w:t>
      </w:r>
    </w:p>
    <w:p w14:paraId="3F6C959D" w14:textId="77777777" w:rsidR="00885A73" w:rsidRDefault="00885A73">
      <w:pPr>
        <w:spacing w:after="0"/>
        <w:rPr>
          <w:rFonts w:ascii="Calibri" w:hAnsi="Calibri" w:cs="Calibri"/>
        </w:rPr>
      </w:pPr>
    </w:p>
    <w:p w14:paraId="43B48A91" w14:textId="0F7C3870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61026C">
        <w:rPr>
          <w:rFonts w:ascii="Calibri" w:hAnsi="Calibri" w:cs="Calibri"/>
          <w:b/>
        </w:rPr>
        <w:tab/>
      </w:r>
      <w:r w:rsidR="0061026C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No problem. I think all of us share that same concerns as well. </w:t>
      </w:r>
    </w:p>
    <w:p w14:paraId="0034B10D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0078E112" w14:textId="77777777" w:rsidR="00885A73" w:rsidRPr="00837F53" w:rsidRDefault="0061026C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In terms of the sessions that you attended - the two sessions, how much of the knowledge and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>strategies that you gained from the session were you able to implement it on your own?</w:t>
      </w:r>
    </w:p>
    <w:p w14:paraId="385F1C80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33D51BC0" w14:textId="2C75C2C5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JH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61026C">
        <w:rPr>
          <w:rFonts w:ascii="Calibri" w:hAnsi="Calibri" w:cs="Calibri"/>
          <w:b/>
        </w:rPr>
        <w:tab/>
      </w:r>
      <w:r w:rsidR="00462969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For the future, is it? </w:t>
      </w:r>
    </w:p>
    <w:p w14:paraId="11966B38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529C0E59" w14:textId="7C7870C3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61026C">
        <w:rPr>
          <w:rFonts w:ascii="Calibri" w:hAnsi="Calibri" w:cs="Calibri"/>
          <w:b/>
        </w:rPr>
        <w:tab/>
      </w:r>
      <w:r w:rsidR="0061026C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>Maybe for that - (unintelligible crosstalk) [15:30]</w:t>
      </w:r>
    </w:p>
    <w:p w14:paraId="47DF3F5A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5A8E436C" w14:textId="3CBDC1F4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JH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61026C">
        <w:rPr>
          <w:rFonts w:ascii="Calibri" w:hAnsi="Calibri" w:cs="Calibri"/>
          <w:b/>
        </w:rPr>
        <w:tab/>
      </w:r>
      <w:r w:rsidR="00462969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I really think it's very hard for me to replicate that experience in a sense that, because at the </w:t>
      </w:r>
      <w:r w:rsidR="0061026C">
        <w:rPr>
          <w:rFonts w:ascii="Calibri" w:hAnsi="Calibri" w:cs="Calibri"/>
        </w:rPr>
        <w:tab/>
      </w:r>
      <w:r w:rsidR="0061026C">
        <w:rPr>
          <w:rFonts w:ascii="Calibri" w:hAnsi="Calibri" w:cs="Calibri"/>
        </w:rPr>
        <w:tab/>
      </w:r>
      <w:r w:rsidR="0061026C"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time we were more targeting my problems, isn't it? </w:t>
      </w:r>
    </w:p>
    <w:p w14:paraId="1EBD7D5F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667F7801" w14:textId="77777777" w:rsidR="00885A73" w:rsidRPr="00837F53" w:rsidRDefault="0061026C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So, if I have the problem, it's because I wasn't able to think clearly about the matter. And so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when she was telling me like, "Oh, you know, what about we think that way, and then we think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that way?", then I think, "Oh, yeah, that's really good." </w:t>
      </w:r>
    </w:p>
    <w:p w14:paraId="432BBE0B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00267342" w14:textId="77777777" w:rsidR="00885A73" w:rsidRPr="00837F53" w:rsidRDefault="0061026C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But I don't really think you can actually read - unless I'm doing that a lot with her. Do you know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what I mean? That it become a kind of organized strategy, then I will be able to replicate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whatever experience. </w:t>
      </w:r>
    </w:p>
    <w:p w14:paraId="5E20547C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19560B04" w14:textId="77777777" w:rsidR="00885A73" w:rsidRPr="00837F53" w:rsidRDefault="0061026C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Otherwise, it will be very hard to kind of do that again. Or if you ask me if I have learned </w:t>
      </w:r>
      <w:r w:rsidR="00B114DD">
        <w:rPr>
          <w:rFonts w:ascii="Calibri" w:hAnsi="Calibri" w:cs="Calibri"/>
        </w:rPr>
        <w:tab/>
      </w:r>
      <w:r w:rsidR="00B114DD">
        <w:rPr>
          <w:rFonts w:ascii="Calibri" w:hAnsi="Calibri" w:cs="Calibri"/>
        </w:rPr>
        <w:tab/>
      </w:r>
      <w:r w:rsidR="00B114DD">
        <w:rPr>
          <w:rFonts w:ascii="Calibri" w:hAnsi="Calibri" w:cs="Calibri"/>
        </w:rPr>
        <w:tab/>
      </w:r>
      <w:r w:rsidR="00B114DD">
        <w:rPr>
          <w:rFonts w:ascii="Calibri" w:hAnsi="Calibri" w:cs="Calibri"/>
        </w:rPr>
        <w:tab/>
      </w:r>
      <w:r w:rsidR="00B114DD" w:rsidRPr="00837F53">
        <w:rPr>
          <w:rFonts w:ascii="Calibri" w:hAnsi="Calibri" w:cs="Calibri"/>
        </w:rPr>
        <w:t>anyt</w:t>
      </w:r>
      <w:r w:rsidR="00B114DD">
        <w:rPr>
          <w:rFonts w:ascii="Calibri" w:hAnsi="Calibri" w:cs="Calibri"/>
        </w:rPr>
        <w:t>hin</w:t>
      </w:r>
      <w:r w:rsidR="00B114DD" w:rsidRPr="00837F53">
        <w:rPr>
          <w:rFonts w:ascii="Calibri" w:hAnsi="Calibri" w:cs="Calibri"/>
        </w:rPr>
        <w:t>g</w:t>
      </w:r>
      <w:r w:rsidR="003943AF" w:rsidRPr="00837F53">
        <w:rPr>
          <w:rFonts w:ascii="Calibri" w:hAnsi="Calibri" w:cs="Calibri"/>
        </w:rPr>
        <w:t xml:space="preserve"> out of that? Probably not very much.</w:t>
      </w:r>
    </w:p>
    <w:p w14:paraId="14F164E2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0BB7F012" w14:textId="709459EA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61026C">
        <w:rPr>
          <w:rFonts w:ascii="Calibri" w:hAnsi="Calibri" w:cs="Calibri"/>
          <w:b/>
        </w:rPr>
        <w:tab/>
      </w:r>
      <w:r w:rsidR="0061026C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Alright. </w:t>
      </w:r>
    </w:p>
    <w:p w14:paraId="2A819E55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49A3FAC5" w14:textId="77777777" w:rsidR="00885A73" w:rsidRPr="00837F53" w:rsidRDefault="0061026C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Why do you think you aren't able to implement those strategies on your own? What do you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think is the stumbling block here? Is it because of coming in with a different mindset? What do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>you think is the factor behind this?</w:t>
      </w:r>
    </w:p>
    <w:p w14:paraId="32D833E1" w14:textId="77777777" w:rsidR="00885A73" w:rsidRPr="00837F53" w:rsidRDefault="0061026C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</w:p>
    <w:p w14:paraId="2B4B1030" w14:textId="56C684EE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JH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61026C">
        <w:rPr>
          <w:rFonts w:ascii="Calibri" w:hAnsi="Calibri" w:cs="Calibri"/>
          <w:b/>
        </w:rPr>
        <w:tab/>
      </w:r>
      <w:r w:rsidR="00462969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Okay. I think the factor is every time I finish a paper, it's almost like I am actually - </w:t>
      </w:r>
    </w:p>
    <w:p w14:paraId="79B8C5EB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408DC953" w14:textId="77777777" w:rsidR="00885A73" w:rsidRPr="00837F53" w:rsidRDefault="0061026C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I'm a very pictorial person. If you look at my paper, it will be actually a roll of terrible, like tangle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>wire (?) [17:03], okay? And it's just too many problems. And I don't even want to read it.</w:t>
      </w:r>
    </w:p>
    <w:p w14:paraId="1A713FDC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05AB9213" w14:textId="77777777" w:rsidR="00885A73" w:rsidRPr="00837F53" w:rsidRDefault="00E754C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  <w:b/>
        </w:rPr>
        <w:t xml:space="preserve">  </w:t>
      </w:r>
      <w:r w:rsidR="0061026C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And then I am very happy that she actually can just try to brush it through, part of it, for me. So, </w:t>
      </w:r>
      <w:r w:rsidR="0061026C">
        <w:rPr>
          <w:rFonts w:ascii="Calibri" w:hAnsi="Calibri" w:cs="Calibri"/>
        </w:rPr>
        <w:tab/>
      </w:r>
      <w:r w:rsidR="0061026C">
        <w:rPr>
          <w:rFonts w:ascii="Calibri" w:hAnsi="Calibri" w:cs="Calibri"/>
        </w:rPr>
        <w:tab/>
      </w:r>
      <w:r w:rsidR="0061026C"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that's more the thing. </w:t>
      </w:r>
    </w:p>
    <w:p w14:paraId="220F8A64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493CED9A" w14:textId="6C7FB71F" w:rsidR="00E754C1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61026C">
        <w:rPr>
          <w:rFonts w:ascii="Calibri" w:hAnsi="Calibri" w:cs="Calibri"/>
          <w:b/>
        </w:rPr>
        <w:tab/>
      </w:r>
      <w:r w:rsidR="0061026C">
        <w:rPr>
          <w:rFonts w:ascii="Calibri" w:hAnsi="Calibri" w:cs="Calibri"/>
          <w:b/>
        </w:rPr>
        <w:tab/>
      </w:r>
      <w:r w:rsidR="00E754C1" w:rsidRPr="00837F53">
        <w:rPr>
          <w:rFonts w:ascii="Calibri" w:hAnsi="Calibri" w:cs="Calibri"/>
        </w:rPr>
        <w:t>Okay, it makes sense.</w:t>
      </w:r>
    </w:p>
    <w:p w14:paraId="41740D87" w14:textId="77777777" w:rsidR="00E754C1" w:rsidRPr="00E754C1" w:rsidRDefault="00E754C1">
      <w:pPr>
        <w:spacing w:after="0"/>
        <w:rPr>
          <w:rFonts w:ascii="Calibri" w:hAnsi="Calibri" w:cs="Calibri"/>
        </w:rPr>
      </w:pPr>
    </w:p>
    <w:p w14:paraId="1C37D30E" w14:textId="77777777" w:rsidR="00885A73" w:rsidRPr="00837F53" w:rsidRDefault="00E754C1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>So -</w:t>
      </w:r>
    </w:p>
    <w:p w14:paraId="24A87FDA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6F3D97C6" w14:textId="18E68FC1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JH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61026C">
        <w:rPr>
          <w:rFonts w:ascii="Calibri" w:hAnsi="Calibri" w:cs="Calibri"/>
          <w:b/>
        </w:rPr>
        <w:tab/>
      </w:r>
      <w:r w:rsidR="00462969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>Sorry, it's very noisy. Wait a second. Let me - Okay. It's off now.</w:t>
      </w:r>
    </w:p>
    <w:p w14:paraId="28F46F02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44535EBE" w14:textId="36BB8805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61026C">
        <w:rPr>
          <w:rFonts w:ascii="Calibri" w:hAnsi="Calibri" w:cs="Calibri"/>
          <w:b/>
        </w:rPr>
        <w:tab/>
      </w:r>
      <w:r w:rsidR="0061026C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No worries. Do you need to take it, </w:t>
      </w:r>
      <w:r>
        <w:rPr>
          <w:rFonts w:ascii="Calibri" w:hAnsi="Calibri" w:cs="Calibri"/>
        </w:rPr>
        <w:t>JH</w:t>
      </w:r>
      <w:r w:rsidR="003943AF" w:rsidRPr="00837F53">
        <w:rPr>
          <w:rFonts w:ascii="Calibri" w:hAnsi="Calibri" w:cs="Calibri"/>
        </w:rPr>
        <w:t>? The call.</w:t>
      </w:r>
    </w:p>
    <w:p w14:paraId="4D666FA5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6DD5F7DD" w14:textId="6025AB2A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JH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61026C">
        <w:rPr>
          <w:rFonts w:ascii="Calibri" w:hAnsi="Calibri" w:cs="Calibri"/>
          <w:b/>
        </w:rPr>
        <w:tab/>
      </w:r>
      <w:r w:rsidR="00462969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>No, it's not a call. It's just telling me that my son actually has a Chinese class coming soon. Yes.</w:t>
      </w:r>
    </w:p>
    <w:p w14:paraId="4492BAD8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4C16B720" w14:textId="21F39750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61026C">
        <w:rPr>
          <w:rFonts w:ascii="Calibri" w:hAnsi="Calibri" w:cs="Calibri"/>
          <w:b/>
        </w:rPr>
        <w:tab/>
      </w:r>
      <w:r w:rsidR="0061026C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Okay. </w:t>
      </w:r>
    </w:p>
    <w:p w14:paraId="1E7C2B7B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1C9CD3E5" w14:textId="77777777" w:rsidR="00885A73" w:rsidRPr="00837F53" w:rsidRDefault="0061026C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Let me just ask you in terms of improvement. The service that was provided, to better improve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to meet students' needs like you and all. In the following areas, what do you think improvement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should be in terms of advertising this initiative? How do you think we can improve in the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>advertising of this initiative?</w:t>
      </w:r>
    </w:p>
    <w:p w14:paraId="4779B33C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22DDE3BC" w14:textId="2024521C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JH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61026C">
        <w:rPr>
          <w:rFonts w:ascii="Calibri" w:hAnsi="Calibri" w:cs="Calibri"/>
          <w:b/>
        </w:rPr>
        <w:tab/>
      </w:r>
      <w:r w:rsidR="00462969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>Advertising on the initia</w:t>
      </w:r>
      <w:r w:rsidR="00E70F5F">
        <w:rPr>
          <w:rFonts w:ascii="Calibri" w:hAnsi="Calibri" w:cs="Calibri"/>
        </w:rPr>
        <w:t>tive? I don't quite understand. What is the meaning?</w:t>
      </w:r>
    </w:p>
    <w:p w14:paraId="35765C18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18B7D26C" w14:textId="454C3AED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61026C">
        <w:rPr>
          <w:rFonts w:ascii="Calibri" w:hAnsi="Calibri" w:cs="Calibri"/>
          <w:b/>
        </w:rPr>
        <w:tab/>
      </w:r>
      <w:r w:rsidR="0061026C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>Basically, outreaching it to make people aware of this service. Because I know many -</w:t>
      </w:r>
    </w:p>
    <w:p w14:paraId="5F103A92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0CA3DBDE" w14:textId="2C6ECC92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JH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61026C">
        <w:rPr>
          <w:rFonts w:ascii="Calibri" w:hAnsi="Calibri" w:cs="Calibri"/>
          <w:b/>
        </w:rPr>
        <w:tab/>
      </w:r>
      <w:r w:rsidR="00462969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I think it will really help if the professor themselves </w:t>
      </w:r>
      <w:proofErr w:type="gramStart"/>
      <w:r w:rsidR="003943AF" w:rsidRPr="00837F53">
        <w:rPr>
          <w:rFonts w:ascii="Calibri" w:hAnsi="Calibri" w:cs="Calibri"/>
        </w:rPr>
        <w:t>actually mentioned</w:t>
      </w:r>
      <w:proofErr w:type="gramEnd"/>
      <w:r w:rsidR="003943AF" w:rsidRPr="00837F53">
        <w:rPr>
          <w:rFonts w:ascii="Calibri" w:hAnsi="Calibri" w:cs="Calibri"/>
        </w:rPr>
        <w:t xml:space="preserve"> about it. Do you know </w:t>
      </w:r>
      <w:r w:rsidR="0061026C">
        <w:rPr>
          <w:rFonts w:ascii="Calibri" w:hAnsi="Calibri" w:cs="Calibri"/>
        </w:rPr>
        <w:tab/>
      </w:r>
      <w:r w:rsidR="0061026C">
        <w:rPr>
          <w:rFonts w:ascii="Calibri" w:hAnsi="Calibri" w:cs="Calibri"/>
        </w:rPr>
        <w:tab/>
      </w:r>
      <w:r w:rsidR="0061026C"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>what I mean?</w:t>
      </w:r>
    </w:p>
    <w:p w14:paraId="05368B8D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189440AB" w14:textId="1DE32B61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61026C">
        <w:rPr>
          <w:rFonts w:ascii="Calibri" w:hAnsi="Calibri" w:cs="Calibri"/>
          <w:b/>
        </w:rPr>
        <w:tab/>
      </w:r>
      <w:r w:rsidR="0061026C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>So, your supervisor, then?</w:t>
      </w:r>
    </w:p>
    <w:p w14:paraId="0A81AC8D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2BC55B31" w14:textId="31AAD30F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JH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61026C">
        <w:rPr>
          <w:rFonts w:ascii="Calibri" w:hAnsi="Calibri" w:cs="Calibri"/>
          <w:b/>
        </w:rPr>
        <w:tab/>
      </w:r>
      <w:r w:rsidR="00462969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For instance, we are all having our taught course. And to be very honest, I think something you </w:t>
      </w:r>
      <w:r w:rsidR="0061026C">
        <w:rPr>
          <w:rFonts w:ascii="Calibri" w:hAnsi="Calibri" w:cs="Calibri"/>
        </w:rPr>
        <w:tab/>
      </w:r>
      <w:r w:rsidR="0061026C">
        <w:rPr>
          <w:rFonts w:ascii="Calibri" w:hAnsi="Calibri" w:cs="Calibri"/>
        </w:rPr>
        <w:tab/>
      </w:r>
      <w:r w:rsidR="0061026C"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need to improve is actually the email system is terrible. I receive all the things that I don't need. </w:t>
      </w:r>
    </w:p>
    <w:p w14:paraId="4D482298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6363F91C" w14:textId="471E52F5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D619F">
        <w:rPr>
          <w:rFonts w:ascii="Calibri" w:hAnsi="Calibri" w:cs="Calibri"/>
          <w:b/>
        </w:rPr>
        <w:t>:</w:t>
      </w:r>
      <w:r w:rsidR="0061026C">
        <w:rPr>
          <w:rFonts w:ascii="Calibri" w:hAnsi="Calibri" w:cs="Calibri"/>
          <w:b/>
        </w:rPr>
        <w:tab/>
      </w:r>
      <w:r w:rsidR="0061026C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Yeah. </w:t>
      </w:r>
    </w:p>
    <w:p w14:paraId="0D58837D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17B8FD7F" w14:textId="016FAE03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JH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61026C">
        <w:rPr>
          <w:rFonts w:ascii="Calibri" w:hAnsi="Calibri" w:cs="Calibri"/>
          <w:b/>
        </w:rPr>
        <w:tab/>
      </w:r>
      <w:r w:rsidR="00462969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And then sometimes the important message will be buried even though they have so-called </w:t>
      </w:r>
      <w:r w:rsidR="0061026C">
        <w:rPr>
          <w:rFonts w:ascii="Calibri" w:hAnsi="Calibri" w:cs="Calibri"/>
        </w:rPr>
        <w:tab/>
      </w:r>
      <w:r w:rsidR="0061026C">
        <w:rPr>
          <w:rFonts w:ascii="Calibri" w:hAnsi="Calibri" w:cs="Calibri"/>
        </w:rPr>
        <w:tab/>
      </w:r>
      <w:r w:rsidR="0061026C"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"focused", whatever. But sometimes there are a lot of mail that just jump into "focused" when </w:t>
      </w:r>
      <w:r w:rsidR="0061026C">
        <w:rPr>
          <w:rFonts w:ascii="Calibri" w:hAnsi="Calibri" w:cs="Calibri"/>
        </w:rPr>
        <w:tab/>
      </w:r>
      <w:r w:rsidR="0061026C">
        <w:rPr>
          <w:rFonts w:ascii="Calibri" w:hAnsi="Calibri" w:cs="Calibri"/>
        </w:rPr>
        <w:tab/>
      </w:r>
      <w:r w:rsidR="0061026C"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it's (?) [18:55] something I didn't focus. </w:t>
      </w:r>
    </w:p>
    <w:p w14:paraId="2EE1B59F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24016F5A" w14:textId="3CE1796B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61026C">
        <w:rPr>
          <w:rFonts w:ascii="Calibri" w:hAnsi="Calibri" w:cs="Calibri"/>
          <w:b/>
        </w:rPr>
        <w:tab/>
      </w:r>
      <w:r w:rsidR="0061026C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>Yeah.</w:t>
      </w:r>
    </w:p>
    <w:p w14:paraId="66199A52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7F4238B1" w14:textId="2AA1CAD6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JH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61026C">
        <w:rPr>
          <w:rFonts w:ascii="Calibri" w:hAnsi="Calibri" w:cs="Calibri"/>
          <w:b/>
        </w:rPr>
        <w:tab/>
      </w:r>
      <w:r w:rsidR="00AB1F97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I didn't say I want to focus. It's just there. Especially for us, the postgraduate students, we don't </w:t>
      </w:r>
      <w:r w:rsidR="0061026C">
        <w:rPr>
          <w:rFonts w:ascii="Calibri" w:hAnsi="Calibri" w:cs="Calibri"/>
        </w:rPr>
        <w:tab/>
      </w:r>
      <w:r w:rsidR="0061026C">
        <w:rPr>
          <w:rFonts w:ascii="Calibri" w:hAnsi="Calibri" w:cs="Calibri"/>
        </w:rPr>
        <w:tab/>
      </w:r>
      <w:r w:rsidR="0061026C"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really have like a - </w:t>
      </w:r>
    </w:p>
    <w:p w14:paraId="2A85D6A3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6B87FA43" w14:textId="77777777" w:rsidR="00885A73" w:rsidRPr="00837F53" w:rsidRDefault="0061026C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We are out of campus. We are not in the campus daily. So we don't really have so many things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that we actually having that. </w:t>
      </w:r>
    </w:p>
    <w:p w14:paraId="5A98CE61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33324AC3" w14:textId="77777777" w:rsidR="00885A73" w:rsidRPr="00837F53" w:rsidRDefault="0061026C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Two things that you can do that every time when there is a class - a new module that opened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with a certain </w:t>
      </w:r>
      <w:r w:rsidR="00E70F5F">
        <w:rPr>
          <w:rFonts w:ascii="Calibri" w:hAnsi="Calibri" w:cs="Calibri"/>
        </w:rPr>
        <w:t>professor -</w:t>
      </w:r>
      <w:r w:rsidR="003943AF" w:rsidRPr="00837F53">
        <w:rPr>
          <w:rFonts w:ascii="Calibri" w:hAnsi="Calibri" w:cs="Calibri"/>
        </w:rPr>
        <w:t xml:space="preserve"> ask the professor</w:t>
      </w:r>
      <w:r w:rsidR="001728DC">
        <w:rPr>
          <w:rFonts w:ascii="Calibri" w:hAnsi="Calibri" w:cs="Calibri"/>
        </w:rPr>
        <w:t xml:space="preserve"> to post a WhatsApp group or WeC</w:t>
      </w:r>
      <w:r w:rsidR="003943AF" w:rsidRPr="00837F53">
        <w:rPr>
          <w:rFonts w:ascii="Calibri" w:hAnsi="Calibri" w:cs="Calibri"/>
        </w:rPr>
        <w:t xml:space="preserve">hat group. Or </w:t>
      </w:r>
      <w:r w:rsidR="00A569C9">
        <w:rPr>
          <w:rFonts w:ascii="Calibri" w:hAnsi="Calibri" w:cs="Calibri"/>
        </w:rPr>
        <w:tab/>
      </w:r>
      <w:r w:rsidR="00A569C9">
        <w:rPr>
          <w:rFonts w:ascii="Calibri" w:hAnsi="Calibri" w:cs="Calibri"/>
        </w:rPr>
        <w:tab/>
      </w:r>
      <w:r w:rsidR="00A569C9"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another professor because we all have, supposedly, a person to help. A private tutor to help </w:t>
      </w:r>
      <w:r w:rsidR="00A569C9">
        <w:rPr>
          <w:rFonts w:ascii="Calibri" w:hAnsi="Calibri" w:cs="Calibri"/>
        </w:rPr>
        <w:tab/>
      </w:r>
      <w:r w:rsidR="00A569C9">
        <w:rPr>
          <w:rFonts w:ascii="Calibri" w:hAnsi="Calibri" w:cs="Calibri"/>
        </w:rPr>
        <w:tab/>
      </w:r>
      <w:r w:rsidR="00A569C9"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improve. So, that person can do that right now. </w:t>
      </w:r>
    </w:p>
    <w:p w14:paraId="2B6AE76B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3F3CBFC6" w14:textId="77777777" w:rsidR="00885A73" w:rsidRPr="00837F53" w:rsidRDefault="00A569C9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Honestly, I really find the private tutor is not really working. I really don't know what is the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private tutor for. There was this one time I was asking them is it like I actually can send my paper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to you? And then she said, "No, that's not my job." I was like, "Then what are you? What are you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>here for?", you know?</w:t>
      </w:r>
    </w:p>
    <w:p w14:paraId="1895E8D9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4A127F1C" w14:textId="4A721D10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E70F5F" w:rsidRPr="00E70F5F">
        <w:rPr>
          <w:rFonts w:ascii="Calibri" w:hAnsi="Calibri" w:cs="Calibri"/>
          <w:b/>
        </w:rPr>
        <w:t>:</w:t>
      </w:r>
      <w:r w:rsidR="00A569C9">
        <w:rPr>
          <w:rFonts w:ascii="Calibri" w:hAnsi="Calibri" w:cs="Calibri"/>
        </w:rPr>
        <w:tab/>
      </w:r>
      <w:r w:rsidR="00A569C9"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I think that should be answered by the person in your school. </w:t>
      </w:r>
    </w:p>
    <w:p w14:paraId="42A32A71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089FFFA7" w14:textId="77777777" w:rsidR="00885A73" w:rsidRPr="00837F53" w:rsidRDefault="003943AF">
      <w:pPr>
        <w:spacing w:after="0"/>
        <w:rPr>
          <w:rFonts w:ascii="Calibri" w:hAnsi="Calibri" w:cs="Calibri"/>
        </w:rPr>
      </w:pPr>
      <w:r w:rsidRPr="00837F53">
        <w:rPr>
          <w:rFonts w:ascii="Calibri" w:hAnsi="Calibri" w:cs="Calibri"/>
          <w:b/>
        </w:rPr>
        <w:t xml:space="preserve">  </w:t>
      </w:r>
      <w:r w:rsidR="00A569C9">
        <w:rPr>
          <w:rFonts w:ascii="Calibri" w:hAnsi="Calibri" w:cs="Calibri"/>
          <w:b/>
        </w:rPr>
        <w:tab/>
      </w:r>
      <w:r w:rsidR="00A569C9">
        <w:rPr>
          <w:rFonts w:ascii="Calibri" w:hAnsi="Calibri" w:cs="Calibri"/>
          <w:b/>
        </w:rPr>
        <w:tab/>
      </w:r>
      <w:r w:rsidRPr="00837F53">
        <w:rPr>
          <w:rFonts w:ascii="Calibri" w:hAnsi="Calibri" w:cs="Calibri"/>
        </w:rPr>
        <w:t xml:space="preserve">Basically, they call it 'personal tutor' are normally people who will guide you through their </w:t>
      </w:r>
      <w:r w:rsidR="00A569C9">
        <w:rPr>
          <w:rFonts w:ascii="Calibri" w:hAnsi="Calibri" w:cs="Calibri"/>
        </w:rPr>
        <w:tab/>
      </w:r>
      <w:r w:rsidR="00A569C9">
        <w:rPr>
          <w:rFonts w:ascii="Calibri" w:hAnsi="Calibri" w:cs="Calibri"/>
        </w:rPr>
        <w:tab/>
      </w:r>
      <w:r w:rsidR="00A569C9">
        <w:rPr>
          <w:rFonts w:ascii="Calibri" w:hAnsi="Calibri" w:cs="Calibri"/>
        </w:rPr>
        <w:tab/>
      </w:r>
      <w:r w:rsidRPr="00837F53">
        <w:rPr>
          <w:rFonts w:ascii="Calibri" w:hAnsi="Calibri" w:cs="Calibri"/>
        </w:rPr>
        <w:t xml:space="preserve">academic journey and provide you advice and all. So, that should be somebody that you might </w:t>
      </w:r>
      <w:r w:rsidR="00A569C9">
        <w:rPr>
          <w:rFonts w:ascii="Calibri" w:hAnsi="Calibri" w:cs="Calibri"/>
        </w:rPr>
        <w:tab/>
      </w:r>
      <w:r w:rsidR="00A569C9">
        <w:rPr>
          <w:rFonts w:ascii="Calibri" w:hAnsi="Calibri" w:cs="Calibri"/>
        </w:rPr>
        <w:tab/>
      </w:r>
      <w:r w:rsidR="00A569C9">
        <w:rPr>
          <w:rFonts w:ascii="Calibri" w:hAnsi="Calibri" w:cs="Calibri"/>
        </w:rPr>
        <w:tab/>
      </w:r>
      <w:r w:rsidRPr="00837F53">
        <w:rPr>
          <w:rFonts w:ascii="Calibri" w:hAnsi="Calibri" w:cs="Calibri"/>
        </w:rPr>
        <w:t xml:space="preserve">want to kind of reach out to. Maybe reaching out to your - basically, your supervisor - I would </w:t>
      </w:r>
      <w:r w:rsidR="00A569C9">
        <w:rPr>
          <w:rFonts w:ascii="Calibri" w:hAnsi="Calibri" w:cs="Calibri"/>
        </w:rPr>
        <w:tab/>
      </w:r>
      <w:r w:rsidR="00A569C9">
        <w:rPr>
          <w:rFonts w:ascii="Calibri" w:hAnsi="Calibri" w:cs="Calibri"/>
        </w:rPr>
        <w:tab/>
      </w:r>
      <w:r w:rsidR="00A569C9">
        <w:rPr>
          <w:rFonts w:ascii="Calibri" w:hAnsi="Calibri" w:cs="Calibri"/>
        </w:rPr>
        <w:tab/>
      </w:r>
      <w:r w:rsidRPr="00837F53">
        <w:rPr>
          <w:rFonts w:ascii="Calibri" w:hAnsi="Calibri" w:cs="Calibri"/>
        </w:rPr>
        <w:t xml:space="preserve">say Director of Teaching and Learning, to get their support. Or maybe your undergraduate </w:t>
      </w:r>
      <w:r w:rsidR="00A569C9">
        <w:rPr>
          <w:rFonts w:ascii="Calibri" w:hAnsi="Calibri" w:cs="Calibri"/>
        </w:rPr>
        <w:tab/>
      </w:r>
      <w:r w:rsidR="00A569C9">
        <w:rPr>
          <w:rFonts w:ascii="Calibri" w:hAnsi="Calibri" w:cs="Calibri"/>
        </w:rPr>
        <w:tab/>
      </w:r>
      <w:r w:rsidR="00A569C9">
        <w:rPr>
          <w:rFonts w:ascii="Calibri" w:hAnsi="Calibri" w:cs="Calibri"/>
        </w:rPr>
        <w:tab/>
      </w:r>
      <w:r w:rsidRPr="00837F53">
        <w:rPr>
          <w:rFonts w:ascii="Calibri" w:hAnsi="Calibri" w:cs="Calibri"/>
        </w:rPr>
        <w:t xml:space="preserve">representative, the lecturer that is in charge of the - </w:t>
      </w:r>
    </w:p>
    <w:p w14:paraId="7D1F71E5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3A61624A" w14:textId="77777777" w:rsidR="00885A73" w:rsidRPr="00837F53" w:rsidRDefault="00A569C9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>Or the postgrad</w:t>
      </w:r>
      <w:r>
        <w:rPr>
          <w:rFonts w:ascii="Calibri" w:hAnsi="Calibri" w:cs="Calibri"/>
        </w:rPr>
        <w:t>u</w:t>
      </w:r>
      <w:r w:rsidR="003943AF" w:rsidRPr="00837F53">
        <w:rPr>
          <w:rFonts w:ascii="Calibri" w:hAnsi="Calibri" w:cs="Calibri"/>
        </w:rPr>
        <w:t xml:space="preserve">ate community. There will be one lecturer that will be in charge of all the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postgraduate committee inside - basically, under the school. So, maybe reaching out to them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and asking them - </w:t>
      </w:r>
    </w:p>
    <w:p w14:paraId="450493B7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5BA39D5C" w14:textId="77777777" w:rsidR="00885A73" w:rsidRPr="00837F53" w:rsidRDefault="00A569C9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In regards to the undergraduate, we will have one person in charge and then all of us will be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assigned a set of students and then we will just guide them through the journey of the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>undergrad. So, it should be similar.</w:t>
      </w:r>
    </w:p>
    <w:p w14:paraId="2ED8B002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49E5118C" w14:textId="1BEF2E0A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JH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A569C9">
        <w:rPr>
          <w:rFonts w:ascii="Calibri" w:hAnsi="Calibri" w:cs="Calibri"/>
          <w:b/>
        </w:rPr>
        <w:tab/>
      </w:r>
      <w:r w:rsidR="00AB1F97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>Yeah, (unintelligible) [20:59].</w:t>
      </w:r>
    </w:p>
    <w:p w14:paraId="73DEF302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4B1D9B0C" w14:textId="08B54439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A569C9">
        <w:rPr>
          <w:rFonts w:ascii="Calibri" w:hAnsi="Calibri" w:cs="Calibri"/>
          <w:b/>
        </w:rPr>
        <w:tab/>
      </w:r>
      <w:r w:rsidR="00A569C9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>(unintelligible crosstalk) [21:00].</w:t>
      </w:r>
    </w:p>
    <w:p w14:paraId="49D1F6FF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16FD7419" w14:textId="41C5F53F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JH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A569C9">
        <w:rPr>
          <w:rFonts w:ascii="Calibri" w:hAnsi="Calibri" w:cs="Calibri"/>
          <w:b/>
        </w:rPr>
        <w:tab/>
      </w:r>
      <w:r w:rsidR="00AB1F97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Because when you talk about the journey of academic life, then, for me, I think, for the big bulk </w:t>
      </w:r>
      <w:r w:rsidR="00A569C9">
        <w:rPr>
          <w:rFonts w:ascii="Calibri" w:hAnsi="Calibri" w:cs="Calibri"/>
        </w:rPr>
        <w:tab/>
      </w:r>
      <w:r w:rsidR="00A569C9">
        <w:rPr>
          <w:rFonts w:ascii="Calibri" w:hAnsi="Calibri" w:cs="Calibri"/>
        </w:rPr>
        <w:tab/>
      </w:r>
      <w:r w:rsidR="00A569C9"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of it is </w:t>
      </w:r>
      <w:proofErr w:type="gramStart"/>
      <w:r w:rsidR="003943AF" w:rsidRPr="00837F53">
        <w:rPr>
          <w:rFonts w:ascii="Calibri" w:hAnsi="Calibri" w:cs="Calibri"/>
        </w:rPr>
        <w:t>actually the</w:t>
      </w:r>
      <w:proofErr w:type="gramEnd"/>
      <w:r w:rsidR="003943AF" w:rsidRPr="00837F53">
        <w:rPr>
          <w:rFonts w:ascii="Calibri" w:hAnsi="Calibri" w:cs="Calibri"/>
        </w:rPr>
        <w:t xml:space="preserve"> writing assignment parts, right? </w:t>
      </w:r>
    </w:p>
    <w:p w14:paraId="145BA64C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1B076277" w14:textId="7FBC38C6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A569C9">
        <w:rPr>
          <w:rFonts w:ascii="Calibri" w:hAnsi="Calibri" w:cs="Calibri"/>
          <w:b/>
        </w:rPr>
        <w:tab/>
      </w:r>
      <w:r w:rsidR="00A569C9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Yeah. </w:t>
      </w:r>
    </w:p>
    <w:p w14:paraId="05593332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4A0DAEF9" w14:textId="625E53E4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JH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A569C9">
        <w:rPr>
          <w:rFonts w:ascii="Calibri" w:hAnsi="Calibri" w:cs="Calibri"/>
          <w:b/>
        </w:rPr>
        <w:tab/>
      </w:r>
      <w:r w:rsidR="00AB1F97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So, this is why I think this is the part that </w:t>
      </w:r>
      <w:proofErr w:type="gramStart"/>
      <w:r w:rsidR="003943AF" w:rsidRPr="00837F53">
        <w:rPr>
          <w:rFonts w:ascii="Calibri" w:hAnsi="Calibri" w:cs="Calibri"/>
        </w:rPr>
        <w:t>actually we</w:t>
      </w:r>
      <w:proofErr w:type="gramEnd"/>
      <w:r w:rsidR="003943AF" w:rsidRPr="00837F53">
        <w:rPr>
          <w:rFonts w:ascii="Calibri" w:hAnsi="Calibri" w:cs="Calibri"/>
        </w:rPr>
        <w:t xml:space="preserve"> most need it. If you're talking about, like, </w:t>
      </w:r>
      <w:r w:rsidR="00A569C9">
        <w:rPr>
          <w:rFonts w:ascii="Calibri" w:hAnsi="Calibri" w:cs="Calibri"/>
        </w:rPr>
        <w:tab/>
      </w:r>
      <w:r w:rsidR="00A569C9">
        <w:rPr>
          <w:rFonts w:ascii="Calibri" w:hAnsi="Calibri" w:cs="Calibri"/>
        </w:rPr>
        <w:tab/>
      </w:r>
      <w:r w:rsidR="00A569C9">
        <w:rPr>
          <w:rFonts w:ascii="Calibri" w:hAnsi="Calibri" w:cs="Calibri"/>
        </w:rPr>
        <w:tab/>
      </w:r>
      <w:r w:rsidR="001728DC">
        <w:rPr>
          <w:rFonts w:ascii="Calibri" w:hAnsi="Calibri" w:cs="Calibri"/>
        </w:rPr>
        <w:t xml:space="preserve">whether am I </w:t>
      </w:r>
      <w:r w:rsidR="003943AF" w:rsidRPr="00837F53">
        <w:rPr>
          <w:rFonts w:ascii="Calibri" w:hAnsi="Calibri" w:cs="Calibri"/>
        </w:rPr>
        <w:t>having psychological trauma or whatever - not really. It's only a small section.</w:t>
      </w:r>
    </w:p>
    <w:p w14:paraId="09FE6DF0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00CC3DC0" w14:textId="5973847E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A569C9">
        <w:rPr>
          <w:rFonts w:ascii="Calibri" w:hAnsi="Calibri" w:cs="Calibri"/>
          <w:b/>
        </w:rPr>
        <w:tab/>
      </w:r>
      <w:r w:rsidR="00A569C9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True. But it's more of a different focus </w:t>
      </w:r>
      <w:r w:rsidR="001728DC">
        <w:rPr>
          <w:rFonts w:ascii="Calibri" w:hAnsi="Calibri" w:cs="Calibri"/>
        </w:rPr>
        <w:t xml:space="preserve">because, like I said, </w:t>
      </w:r>
      <w:r w:rsidR="003943AF" w:rsidRPr="00837F53">
        <w:rPr>
          <w:rFonts w:ascii="Calibri" w:hAnsi="Calibri" w:cs="Calibri"/>
        </w:rPr>
        <w:t xml:space="preserve">you all are coming from a </w:t>
      </w:r>
      <w:r w:rsidR="00A569C9">
        <w:rPr>
          <w:rFonts w:ascii="Calibri" w:hAnsi="Calibri" w:cs="Calibri"/>
        </w:rPr>
        <w:tab/>
      </w:r>
      <w:r w:rsidR="00A569C9">
        <w:rPr>
          <w:rFonts w:ascii="Calibri" w:hAnsi="Calibri" w:cs="Calibri"/>
        </w:rPr>
        <w:tab/>
      </w:r>
      <w:r w:rsidR="00A569C9">
        <w:rPr>
          <w:rFonts w:ascii="Calibri" w:hAnsi="Calibri" w:cs="Calibri"/>
        </w:rPr>
        <w:tab/>
      </w:r>
      <w:r w:rsidR="00A569C9"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postgraduate, matured background and all. So the support that you all need will be different </w:t>
      </w:r>
      <w:r w:rsidR="00A569C9">
        <w:rPr>
          <w:rFonts w:ascii="Calibri" w:hAnsi="Calibri" w:cs="Calibri"/>
        </w:rPr>
        <w:tab/>
      </w:r>
      <w:r w:rsidR="00A569C9">
        <w:rPr>
          <w:rFonts w:ascii="Calibri" w:hAnsi="Calibri" w:cs="Calibri"/>
        </w:rPr>
        <w:tab/>
      </w:r>
      <w:r w:rsidR="00A569C9"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different than undergrad. And the focal - </w:t>
      </w:r>
    </w:p>
    <w:p w14:paraId="36698CA6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0A4581FE" w14:textId="57C54225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JH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A569C9">
        <w:rPr>
          <w:rFonts w:ascii="Calibri" w:hAnsi="Calibri" w:cs="Calibri"/>
          <w:b/>
        </w:rPr>
        <w:tab/>
      </w:r>
      <w:r w:rsidR="00AB1F97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That's the thing that the school should know. We don't need chaperone. Do you know what I </w:t>
      </w:r>
      <w:r w:rsidR="00A569C9">
        <w:rPr>
          <w:rFonts w:ascii="Calibri" w:hAnsi="Calibri" w:cs="Calibri"/>
        </w:rPr>
        <w:tab/>
      </w:r>
      <w:r w:rsidR="00A569C9">
        <w:rPr>
          <w:rFonts w:ascii="Calibri" w:hAnsi="Calibri" w:cs="Calibri"/>
        </w:rPr>
        <w:tab/>
      </w:r>
      <w:r w:rsidR="00A569C9"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mean? We don't need chaperone. We need someone who actually was really focusing on </w:t>
      </w:r>
      <w:r w:rsidR="00A569C9">
        <w:rPr>
          <w:rFonts w:ascii="Calibri" w:hAnsi="Calibri" w:cs="Calibri"/>
        </w:rPr>
        <w:tab/>
      </w:r>
      <w:r w:rsidR="00A569C9">
        <w:rPr>
          <w:rFonts w:ascii="Calibri" w:hAnsi="Calibri" w:cs="Calibri"/>
        </w:rPr>
        <w:tab/>
      </w:r>
      <w:r w:rsidR="00A569C9"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>getting our paper a better mark.</w:t>
      </w:r>
    </w:p>
    <w:p w14:paraId="2798A95E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26A6488D" w14:textId="2B04322D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A569C9">
        <w:rPr>
          <w:rFonts w:ascii="Calibri" w:hAnsi="Calibri" w:cs="Calibri"/>
          <w:b/>
        </w:rPr>
        <w:tab/>
      </w:r>
      <w:r w:rsidR="00A569C9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>Or even valuable feedback to make the good (unintelligible crosstalk) [21:57].</w:t>
      </w:r>
    </w:p>
    <w:p w14:paraId="543A150D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534666AB" w14:textId="458769FF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JH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A569C9">
        <w:rPr>
          <w:rFonts w:ascii="Calibri" w:hAnsi="Calibri" w:cs="Calibri"/>
          <w:b/>
        </w:rPr>
        <w:tab/>
      </w:r>
      <w:r w:rsidR="00AB1F97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Yeah, exactly. Exactly. </w:t>
      </w:r>
    </w:p>
    <w:p w14:paraId="4EDD8AE2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2425D4FF" w14:textId="0348A788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A569C9">
        <w:rPr>
          <w:rFonts w:ascii="Calibri" w:hAnsi="Calibri" w:cs="Calibri"/>
          <w:b/>
        </w:rPr>
        <w:tab/>
      </w:r>
      <w:r w:rsidR="00A569C9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>Okay.</w:t>
      </w:r>
    </w:p>
    <w:p w14:paraId="5A690CC2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0B1B4B51" w14:textId="76FA2C55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JH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A569C9">
        <w:rPr>
          <w:rFonts w:ascii="Calibri" w:hAnsi="Calibri" w:cs="Calibri"/>
          <w:b/>
        </w:rPr>
        <w:tab/>
      </w:r>
      <w:r w:rsidR="00AB1F97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I mean, I don't need a chaperone anymore. I mean, I need somebody who can actually make my </w:t>
      </w:r>
      <w:r w:rsidR="00A569C9">
        <w:rPr>
          <w:rFonts w:ascii="Calibri" w:hAnsi="Calibri" w:cs="Calibri"/>
        </w:rPr>
        <w:tab/>
      </w:r>
      <w:r w:rsidR="00A569C9">
        <w:rPr>
          <w:rFonts w:ascii="Calibri" w:hAnsi="Calibri" w:cs="Calibri"/>
        </w:rPr>
        <w:tab/>
      </w:r>
      <w:r w:rsidR="00A569C9"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>life a lot easier, isn't it? So -</w:t>
      </w:r>
    </w:p>
    <w:p w14:paraId="312517ED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7713AD18" w14:textId="30C8C409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A569C9">
        <w:rPr>
          <w:rFonts w:ascii="Calibri" w:hAnsi="Calibri" w:cs="Calibri"/>
          <w:b/>
        </w:rPr>
        <w:tab/>
      </w:r>
      <w:r w:rsidR="00A569C9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>Yeah, I understand.</w:t>
      </w:r>
    </w:p>
    <w:p w14:paraId="48E4754B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7F749695" w14:textId="77777777" w:rsidR="00885A73" w:rsidRPr="00837F53" w:rsidRDefault="00A569C9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But </w:t>
      </w:r>
      <w:r w:rsidR="001728DC" w:rsidRPr="00837F53">
        <w:rPr>
          <w:rFonts w:ascii="Calibri" w:hAnsi="Calibri" w:cs="Calibri"/>
        </w:rPr>
        <w:t>never mind</w:t>
      </w:r>
      <w:r w:rsidR="003943AF" w:rsidRPr="00837F53">
        <w:rPr>
          <w:rFonts w:ascii="Calibri" w:hAnsi="Calibri" w:cs="Calibri"/>
        </w:rPr>
        <w:t xml:space="preserve">. We will take this up and maybe we will kind of raise it up with the respective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>people. Raise it forward (?) [22:18].</w:t>
      </w:r>
    </w:p>
    <w:p w14:paraId="36C1D840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4591EE7C" w14:textId="7683AAC4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JH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A569C9">
        <w:rPr>
          <w:rFonts w:ascii="Calibri" w:hAnsi="Calibri" w:cs="Calibri"/>
          <w:b/>
        </w:rPr>
        <w:tab/>
      </w:r>
      <w:r w:rsidR="00AB1F97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Yeah. I think, right now, we are all using </w:t>
      </w:r>
      <w:r w:rsidR="001728DC" w:rsidRPr="00837F53">
        <w:rPr>
          <w:rFonts w:ascii="Calibri" w:hAnsi="Calibri" w:cs="Calibri"/>
        </w:rPr>
        <w:t>WhatsApp</w:t>
      </w:r>
      <w:r w:rsidR="003943AF" w:rsidRPr="00837F53">
        <w:rPr>
          <w:rFonts w:ascii="Calibri" w:hAnsi="Calibri" w:cs="Calibri"/>
        </w:rPr>
        <w:t xml:space="preserve"> group to communicate thing, which is a lot </w:t>
      </w:r>
      <w:r w:rsidR="00A569C9">
        <w:rPr>
          <w:rFonts w:ascii="Calibri" w:hAnsi="Calibri" w:cs="Calibri"/>
        </w:rPr>
        <w:tab/>
      </w:r>
      <w:r w:rsidR="00A569C9">
        <w:rPr>
          <w:rFonts w:ascii="Calibri" w:hAnsi="Calibri" w:cs="Calibri"/>
        </w:rPr>
        <w:tab/>
      </w:r>
      <w:r w:rsidR="00A569C9"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>easier and faster. And al</w:t>
      </w:r>
      <w:r w:rsidR="002F781D">
        <w:rPr>
          <w:rFonts w:ascii="Calibri" w:hAnsi="Calibri" w:cs="Calibri"/>
        </w:rPr>
        <w:t>so, it's more focused as well. B</w:t>
      </w:r>
      <w:r w:rsidR="003943AF" w:rsidRPr="00837F53">
        <w:rPr>
          <w:rFonts w:ascii="Calibri" w:hAnsi="Calibri" w:cs="Calibri"/>
        </w:rPr>
        <w:t xml:space="preserve">ecause, honestly, like I told you, the email </w:t>
      </w:r>
      <w:r w:rsidR="00A569C9">
        <w:rPr>
          <w:rFonts w:ascii="Calibri" w:hAnsi="Calibri" w:cs="Calibri"/>
        </w:rPr>
        <w:tab/>
      </w:r>
      <w:r w:rsidR="00A569C9"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system is really not catered for us. </w:t>
      </w:r>
    </w:p>
    <w:p w14:paraId="0A76DFB8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0D715310" w14:textId="77777777" w:rsidR="00885A73" w:rsidRPr="00837F53" w:rsidRDefault="00A569C9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It is a little bit like, when I look at it, I was like, "What? Why do I want to know the news about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>the (under?)graduate [22:47] students?" I mean, I am not part of them.</w:t>
      </w:r>
    </w:p>
    <w:p w14:paraId="4F8C4FA6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54D86E0B" w14:textId="4958BA6D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A569C9">
        <w:rPr>
          <w:rFonts w:ascii="Calibri" w:hAnsi="Calibri" w:cs="Calibri"/>
          <w:b/>
        </w:rPr>
        <w:tab/>
      </w:r>
      <w:r w:rsidR="00A569C9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>I think because mayb</w:t>
      </w:r>
      <w:r w:rsidR="002F781D">
        <w:rPr>
          <w:rFonts w:ascii="Calibri" w:hAnsi="Calibri" w:cs="Calibri"/>
        </w:rPr>
        <w:t>e they sent it as a bulk email s</w:t>
      </w:r>
      <w:r w:rsidR="003943AF" w:rsidRPr="00837F53">
        <w:rPr>
          <w:rFonts w:ascii="Calibri" w:hAnsi="Calibri" w:cs="Calibri"/>
        </w:rPr>
        <w:t xml:space="preserve">o everybody under that category - all </w:t>
      </w:r>
      <w:r w:rsidR="00A569C9">
        <w:rPr>
          <w:rFonts w:ascii="Calibri" w:hAnsi="Calibri" w:cs="Calibri"/>
        </w:rPr>
        <w:tab/>
      </w:r>
      <w:r w:rsidR="00A569C9">
        <w:rPr>
          <w:rFonts w:ascii="Calibri" w:hAnsi="Calibri" w:cs="Calibri"/>
        </w:rPr>
        <w:tab/>
      </w:r>
      <w:r w:rsidR="00A569C9">
        <w:rPr>
          <w:rFonts w:ascii="Calibri" w:hAnsi="Calibri" w:cs="Calibri"/>
        </w:rPr>
        <w:tab/>
      </w:r>
      <w:r w:rsidR="00A569C9"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>students - will get it. So yeah, I understand.</w:t>
      </w:r>
    </w:p>
    <w:p w14:paraId="0E027491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0F3E869E" w14:textId="343B2501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JH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A569C9">
        <w:rPr>
          <w:rFonts w:ascii="Calibri" w:hAnsi="Calibri" w:cs="Calibri"/>
          <w:b/>
        </w:rPr>
        <w:tab/>
      </w:r>
      <w:r w:rsidR="00AB1F97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>Yeah, but I am not in that category.</w:t>
      </w:r>
    </w:p>
    <w:p w14:paraId="6CBF07C1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77996554" w14:textId="28C48AD1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A569C9">
        <w:rPr>
          <w:rFonts w:ascii="Calibri" w:hAnsi="Calibri" w:cs="Calibri"/>
          <w:b/>
        </w:rPr>
        <w:tab/>
      </w:r>
      <w:r w:rsidR="00A569C9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>True.</w:t>
      </w:r>
    </w:p>
    <w:p w14:paraId="52D14F36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42D8A2A8" w14:textId="77777777" w:rsidR="00885A73" w:rsidRPr="00837F53" w:rsidRDefault="00A569C9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So, in terms of that - That would be one way of improving the advertisement of this. </w:t>
      </w:r>
    </w:p>
    <w:p w14:paraId="0BE4F148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6909205C" w14:textId="77777777" w:rsidR="00885A73" w:rsidRPr="00837F53" w:rsidRDefault="00A569C9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How about the scheduling of the appointment? Was it easy for you to schedule the two sessions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>with Dorcas? Did you find it easy using the system that she used?</w:t>
      </w:r>
    </w:p>
    <w:p w14:paraId="1E2B5505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7F69745C" w14:textId="5C075E52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JH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A569C9">
        <w:rPr>
          <w:rFonts w:ascii="Calibri" w:hAnsi="Calibri" w:cs="Calibri"/>
          <w:b/>
        </w:rPr>
        <w:tab/>
      </w:r>
      <w:r w:rsidR="00AB1F97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>Oh</w:t>
      </w:r>
      <w:r w:rsidR="002F781D">
        <w:rPr>
          <w:rFonts w:ascii="Calibri" w:hAnsi="Calibri" w:cs="Calibri"/>
        </w:rPr>
        <w:t>,</w:t>
      </w:r>
      <w:r w:rsidR="003943AF" w:rsidRPr="00837F53">
        <w:rPr>
          <w:rFonts w:ascii="Calibri" w:hAnsi="Calibri" w:cs="Calibri"/>
        </w:rPr>
        <w:t xml:space="preserve"> she's marvelous. She's making it so easy for me. Basically, I just need to go to calendar and </w:t>
      </w:r>
      <w:r w:rsidR="00A569C9">
        <w:rPr>
          <w:rFonts w:ascii="Calibri" w:hAnsi="Calibri" w:cs="Calibri"/>
        </w:rPr>
        <w:tab/>
      </w:r>
      <w:r w:rsidR="00A569C9">
        <w:rPr>
          <w:rFonts w:ascii="Calibri" w:hAnsi="Calibri" w:cs="Calibri"/>
        </w:rPr>
        <w:tab/>
      </w:r>
      <w:r w:rsidR="00A569C9"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>click on it.</w:t>
      </w:r>
    </w:p>
    <w:p w14:paraId="0BA1DB92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5B71241D" w14:textId="1851C654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A569C9">
        <w:rPr>
          <w:rFonts w:ascii="Calibri" w:hAnsi="Calibri" w:cs="Calibri"/>
          <w:b/>
        </w:rPr>
        <w:tab/>
      </w:r>
      <w:r w:rsidR="00A569C9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>Okay. So, that is something (?) that you will recommend continuing then? (crosstalk) [23:29].</w:t>
      </w:r>
    </w:p>
    <w:p w14:paraId="1E834F98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2E9132A4" w14:textId="21BA4A28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JH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A569C9">
        <w:rPr>
          <w:rFonts w:ascii="Calibri" w:hAnsi="Calibri" w:cs="Calibri"/>
          <w:b/>
        </w:rPr>
        <w:tab/>
      </w:r>
      <w:r w:rsidR="00AB1F97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>(unintelligible crosstalk) [23:29] - appointments.</w:t>
      </w:r>
    </w:p>
    <w:p w14:paraId="13508ECE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1483246B" w14:textId="77777777" w:rsidR="00885A73" w:rsidRPr="00837F53" w:rsidRDefault="00A569C9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Because at the time when we were doing it, I think you guys are trying to change the system as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>well. So she said, "</w:t>
      </w:r>
      <w:r w:rsidR="001728DC" w:rsidRPr="00837F53">
        <w:rPr>
          <w:rFonts w:ascii="Calibri" w:hAnsi="Calibri" w:cs="Calibri"/>
        </w:rPr>
        <w:t>Oh that</w:t>
      </w:r>
      <w:r w:rsidR="003943AF" w:rsidRPr="00837F53">
        <w:rPr>
          <w:rFonts w:ascii="Calibri" w:hAnsi="Calibri" w:cs="Calibri"/>
        </w:rPr>
        <w:t xml:space="preserve"> will be easier if I just do it for you." </w:t>
      </w:r>
    </w:p>
    <w:p w14:paraId="0618DD77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02F4C160" w14:textId="02BB9642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lastRenderedPageBreak/>
        <w:t>JH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A569C9">
        <w:rPr>
          <w:rFonts w:ascii="Calibri" w:hAnsi="Calibri" w:cs="Calibri"/>
          <w:b/>
        </w:rPr>
        <w:tab/>
      </w:r>
      <w:r w:rsidR="00AB1F97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>So now I'll be like, "Yay, please."</w:t>
      </w:r>
    </w:p>
    <w:p w14:paraId="02AB3A9F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7DF4A8D2" w14:textId="692CF3D1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A569C9">
        <w:rPr>
          <w:rFonts w:ascii="Calibri" w:hAnsi="Calibri" w:cs="Calibri"/>
          <w:b/>
        </w:rPr>
        <w:tab/>
      </w:r>
      <w:r w:rsidR="00A569C9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Okay. Then coming into the actual consultation session. Anything that you think would be </w:t>
      </w:r>
      <w:r w:rsidR="00A569C9">
        <w:rPr>
          <w:rFonts w:ascii="Calibri" w:hAnsi="Calibri" w:cs="Calibri"/>
        </w:rPr>
        <w:tab/>
      </w:r>
      <w:r w:rsidR="00A569C9">
        <w:rPr>
          <w:rFonts w:ascii="Calibri" w:hAnsi="Calibri" w:cs="Calibri"/>
        </w:rPr>
        <w:tab/>
      </w:r>
      <w:r w:rsidR="00A569C9">
        <w:rPr>
          <w:rFonts w:ascii="Calibri" w:hAnsi="Calibri" w:cs="Calibri"/>
        </w:rPr>
        <w:tab/>
      </w:r>
      <w:r w:rsidR="001728DC">
        <w:rPr>
          <w:rFonts w:ascii="Calibri" w:hAnsi="Calibri" w:cs="Calibri"/>
        </w:rPr>
        <w:t xml:space="preserve">needed in a sense of </w:t>
      </w:r>
      <w:r w:rsidR="003943AF" w:rsidRPr="00837F53">
        <w:rPr>
          <w:rFonts w:ascii="Calibri" w:hAnsi="Calibri" w:cs="Calibri"/>
        </w:rPr>
        <w:t>immediate improvement for the session itself?</w:t>
      </w:r>
    </w:p>
    <w:p w14:paraId="2DFD86EF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722E3A64" w14:textId="71801E84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JH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A569C9">
        <w:rPr>
          <w:rFonts w:ascii="Calibri" w:hAnsi="Calibri" w:cs="Calibri"/>
          <w:b/>
        </w:rPr>
        <w:tab/>
      </w:r>
      <w:r w:rsidR="00AB1F97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For the session itself, immediate improvements. </w:t>
      </w:r>
    </w:p>
    <w:p w14:paraId="7282F7AD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256490AD" w14:textId="1E0C640B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A569C9">
        <w:rPr>
          <w:rFonts w:ascii="Calibri" w:hAnsi="Calibri" w:cs="Calibri"/>
          <w:b/>
        </w:rPr>
        <w:tab/>
      </w:r>
      <w:r w:rsidR="00A569C9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>Looking at your experience, personally.</w:t>
      </w:r>
    </w:p>
    <w:p w14:paraId="1E0EF4D2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3ED2EA11" w14:textId="5B1FA52A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JH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A569C9">
        <w:rPr>
          <w:rFonts w:ascii="Calibri" w:hAnsi="Calibri" w:cs="Calibri"/>
          <w:b/>
        </w:rPr>
        <w:tab/>
      </w:r>
      <w:r w:rsidR="00AB1F97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Yeah. I would say, like I mentioned before, if both side had been clear with the content of the </w:t>
      </w:r>
      <w:r w:rsidR="00A569C9">
        <w:rPr>
          <w:rFonts w:ascii="Calibri" w:hAnsi="Calibri" w:cs="Calibri"/>
        </w:rPr>
        <w:tab/>
      </w:r>
      <w:r w:rsidR="00A569C9">
        <w:rPr>
          <w:rFonts w:ascii="Calibri" w:hAnsi="Calibri" w:cs="Calibri"/>
        </w:rPr>
        <w:tab/>
      </w:r>
      <w:r w:rsidR="00A569C9"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>student's writing and with slightly longer session, that would be great.</w:t>
      </w:r>
    </w:p>
    <w:p w14:paraId="3C6A567B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56849163" w14:textId="6CA92F24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A569C9">
        <w:rPr>
          <w:rFonts w:ascii="Calibri" w:hAnsi="Calibri" w:cs="Calibri"/>
          <w:b/>
        </w:rPr>
        <w:tab/>
      </w:r>
      <w:r w:rsidR="00A569C9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>Okay, so that would be good. Okay.</w:t>
      </w:r>
    </w:p>
    <w:p w14:paraId="36CA619A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0D0F143C" w14:textId="77777777" w:rsidR="00885A73" w:rsidRPr="00837F53" w:rsidRDefault="00A569C9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So, in regards to the overall, taking a few step back and looking at the initiative as a whole, what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do you think should be some improvement? Or is there certain things that you think should be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>maintained if this entire initiative is kind of continued in many, many years to come?</w:t>
      </w:r>
    </w:p>
    <w:p w14:paraId="1687F99F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79800899" w14:textId="68102CB9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JH</w:t>
      </w:r>
      <w:proofErr w:type="gramStart"/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A569C9">
        <w:rPr>
          <w:rFonts w:ascii="Calibri" w:hAnsi="Calibri" w:cs="Calibri"/>
          <w:b/>
        </w:rPr>
        <w:tab/>
      </w:r>
      <w:r w:rsidR="00AB1F97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>The things</w:t>
      </w:r>
      <w:proofErr w:type="gramEnd"/>
      <w:r w:rsidR="003943AF" w:rsidRPr="00837F53">
        <w:rPr>
          <w:rFonts w:ascii="Calibri" w:hAnsi="Calibri" w:cs="Calibri"/>
        </w:rPr>
        <w:t xml:space="preserve"> need to be maintained - you guys.</w:t>
      </w:r>
    </w:p>
    <w:p w14:paraId="3FD6CC7E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2E6FE1CE" w14:textId="72679544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A569C9">
        <w:rPr>
          <w:rFonts w:ascii="Calibri" w:hAnsi="Calibri" w:cs="Calibri"/>
          <w:b/>
        </w:rPr>
        <w:tab/>
      </w:r>
      <w:r w:rsidR="00A569C9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Okay, but - Thanks so much. </w:t>
      </w:r>
    </w:p>
    <w:p w14:paraId="1536621F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625F0146" w14:textId="77777777" w:rsidR="00885A73" w:rsidRPr="00837F53" w:rsidRDefault="00A569C9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But with regards to any - Personally, you feel any improvement that is needed for the support is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given to you? Is there anything that you feel that was lacking and it needs immediate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>improvement with regards to the support?</w:t>
      </w:r>
    </w:p>
    <w:p w14:paraId="71C0B53D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08F5EB10" w14:textId="4F90A7B2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JH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A569C9">
        <w:rPr>
          <w:rFonts w:ascii="Calibri" w:hAnsi="Calibri" w:cs="Calibri"/>
          <w:b/>
        </w:rPr>
        <w:tab/>
      </w:r>
      <w:r w:rsidR="00AB1F97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Very, very little. Like I said, I just think the session is a little bit short. But apart from that - </w:t>
      </w:r>
    </w:p>
    <w:p w14:paraId="5D4768B4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17889B75" w14:textId="77777777" w:rsidR="00885A73" w:rsidRPr="00837F53" w:rsidRDefault="00A569C9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And because, probably it's the students' fault because we are all procrastinator and we all leave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the papers until the very last minute when there is no return. </w:t>
      </w:r>
    </w:p>
    <w:p w14:paraId="6EC097B7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6D893ADE" w14:textId="77777777" w:rsidR="00885A73" w:rsidRPr="00837F53" w:rsidRDefault="00A569C9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Like last time, I really wanted to have another session with Dorcas. But then, unfortunately, I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just have enough time to finish in, like, one day before. So I don't even have time for her to look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at it again, to help me to look at it again. </w:t>
      </w:r>
    </w:p>
    <w:p w14:paraId="44A44C5C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6E124D0C" w14:textId="77777777" w:rsidR="00885A73" w:rsidRPr="00837F53" w:rsidRDefault="00A569C9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I was a little bit ashamed as well. After I finished it, when I read it through, I just be like, "Oh,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that's a really crappy paper." I don't even want to read it. Do you know what I mean? </w:t>
      </w:r>
    </w:p>
    <w:p w14:paraId="4F22A737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7F75CB82" w14:textId="77777777" w:rsidR="00885A73" w:rsidRPr="00837F53" w:rsidRDefault="00A569C9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So, that's it. Yeah. </w:t>
      </w:r>
    </w:p>
    <w:p w14:paraId="650D34F5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46B58939" w14:textId="77777777" w:rsidR="00885A73" w:rsidRPr="00837F53" w:rsidRDefault="00A569C9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>This time, I will try to work it a little bit earlier.</w:t>
      </w:r>
    </w:p>
    <w:p w14:paraId="3D5E30F7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618944BA" w14:textId="5A676A95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lastRenderedPageBreak/>
        <w:t>TC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A569C9">
        <w:rPr>
          <w:rFonts w:ascii="Calibri" w:hAnsi="Calibri" w:cs="Calibri"/>
          <w:b/>
        </w:rPr>
        <w:tab/>
      </w:r>
      <w:r w:rsidR="00A569C9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I think I get what you're saying because the others who </w:t>
      </w:r>
      <w:proofErr w:type="gramStart"/>
      <w:r w:rsidR="003943AF" w:rsidRPr="00837F53">
        <w:rPr>
          <w:rFonts w:ascii="Calibri" w:hAnsi="Calibri" w:cs="Calibri"/>
        </w:rPr>
        <w:t>interviewed also</w:t>
      </w:r>
      <w:proofErr w:type="gramEnd"/>
      <w:r w:rsidR="003943AF" w:rsidRPr="00837F53">
        <w:rPr>
          <w:rFonts w:ascii="Calibri" w:hAnsi="Calibri" w:cs="Calibri"/>
        </w:rPr>
        <w:t xml:space="preserve"> kind of mentioned. But </w:t>
      </w:r>
      <w:r w:rsidR="00A569C9">
        <w:rPr>
          <w:rFonts w:ascii="Calibri" w:hAnsi="Calibri" w:cs="Calibri"/>
        </w:rPr>
        <w:tab/>
      </w:r>
      <w:r w:rsidR="00A569C9">
        <w:rPr>
          <w:rFonts w:ascii="Calibri" w:hAnsi="Calibri" w:cs="Calibri"/>
        </w:rPr>
        <w:tab/>
      </w:r>
      <w:r w:rsidR="00A569C9"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I think for any writing it would be good to have it in a pair, whereby the first session will be you </w:t>
      </w:r>
      <w:r w:rsidR="00A569C9">
        <w:rPr>
          <w:rFonts w:ascii="Calibri" w:hAnsi="Calibri" w:cs="Calibri"/>
        </w:rPr>
        <w:tab/>
      </w:r>
      <w:r w:rsidR="00A569C9">
        <w:rPr>
          <w:rFonts w:ascii="Calibri" w:hAnsi="Calibri" w:cs="Calibri"/>
        </w:rPr>
        <w:tab/>
      </w:r>
      <w:r w:rsidR="00A569C9"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kind of identifying what needs to be changed and then going away and changing it. And then </w:t>
      </w:r>
      <w:r w:rsidR="00A569C9">
        <w:rPr>
          <w:rFonts w:ascii="Calibri" w:hAnsi="Calibri" w:cs="Calibri"/>
        </w:rPr>
        <w:tab/>
      </w:r>
      <w:r w:rsidR="00A569C9">
        <w:rPr>
          <w:rFonts w:ascii="Calibri" w:hAnsi="Calibri" w:cs="Calibri"/>
        </w:rPr>
        <w:tab/>
      </w:r>
      <w:r w:rsidR="00A569C9"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having the second session to kind of review it and see have you done it correctly? Have you </w:t>
      </w:r>
      <w:r w:rsidR="00A569C9">
        <w:rPr>
          <w:rFonts w:ascii="Calibri" w:hAnsi="Calibri" w:cs="Calibri"/>
        </w:rPr>
        <w:tab/>
      </w:r>
      <w:r w:rsidR="00A569C9">
        <w:rPr>
          <w:rFonts w:ascii="Calibri" w:hAnsi="Calibri" w:cs="Calibri"/>
        </w:rPr>
        <w:tab/>
      </w:r>
      <w:r w:rsidR="00A569C9"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>addressed it?</w:t>
      </w:r>
    </w:p>
    <w:p w14:paraId="6A1E7AF8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2E606F69" w14:textId="7B7E467B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JH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A569C9">
        <w:rPr>
          <w:rFonts w:ascii="Calibri" w:hAnsi="Calibri" w:cs="Calibri"/>
          <w:b/>
        </w:rPr>
        <w:tab/>
      </w:r>
      <w:r w:rsidR="00AB1F97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I think you </w:t>
      </w:r>
      <w:proofErr w:type="gramStart"/>
      <w:r w:rsidR="003943AF" w:rsidRPr="00837F53">
        <w:rPr>
          <w:rFonts w:ascii="Calibri" w:hAnsi="Calibri" w:cs="Calibri"/>
        </w:rPr>
        <w:t>actually have</w:t>
      </w:r>
      <w:proofErr w:type="gramEnd"/>
      <w:r w:rsidR="003943AF" w:rsidRPr="00837F53">
        <w:rPr>
          <w:rFonts w:ascii="Calibri" w:hAnsi="Calibri" w:cs="Calibri"/>
        </w:rPr>
        <w:t xml:space="preserve"> a schedule of some classes during the summertime for the student </w:t>
      </w:r>
      <w:r w:rsidR="00A569C9">
        <w:rPr>
          <w:rFonts w:ascii="Calibri" w:hAnsi="Calibri" w:cs="Calibri"/>
        </w:rPr>
        <w:tab/>
      </w:r>
      <w:r w:rsidR="00A569C9">
        <w:rPr>
          <w:rFonts w:ascii="Calibri" w:hAnsi="Calibri" w:cs="Calibri"/>
        </w:rPr>
        <w:tab/>
      </w:r>
      <w:r w:rsidR="00A569C9"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>writing help as well, right?</w:t>
      </w:r>
    </w:p>
    <w:p w14:paraId="449ED786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1CBF1B5B" w14:textId="1BFB992C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A569C9">
        <w:rPr>
          <w:rFonts w:ascii="Calibri" w:hAnsi="Calibri" w:cs="Calibri"/>
          <w:b/>
        </w:rPr>
        <w:tab/>
      </w:r>
      <w:r w:rsidR="00A569C9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Yeah. I think - Because there are a few schools that runs it. Graduate school runs a more generic </w:t>
      </w:r>
      <w:r w:rsidR="00A569C9">
        <w:rPr>
          <w:rFonts w:ascii="Calibri" w:hAnsi="Calibri" w:cs="Calibri"/>
        </w:rPr>
        <w:tab/>
      </w:r>
      <w:r w:rsidR="00A569C9">
        <w:rPr>
          <w:rFonts w:ascii="Calibri" w:hAnsi="Calibri" w:cs="Calibri"/>
        </w:rPr>
        <w:tab/>
      </w:r>
      <w:r w:rsidR="00A569C9"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one across the entire year. But most student who goes for that, they felt that it was more </w:t>
      </w:r>
      <w:r w:rsidR="00A569C9">
        <w:rPr>
          <w:rFonts w:ascii="Calibri" w:hAnsi="Calibri" w:cs="Calibri"/>
        </w:rPr>
        <w:tab/>
      </w:r>
      <w:r w:rsidR="00A569C9">
        <w:rPr>
          <w:rFonts w:ascii="Calibri" w:hAnsi="Calibri" w:cs="Calibri"/>
        </w:rPr>
        <w:tab/>
      </w:r>
      <w:r w:rsidR="00A569C9"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general. And for them it was less of a one-to-one, because most of the time it will just be a </w:t>
      </w:r>
      <w:r w:rsidR="00A569C9">
        <w:rPr>
          <w:rFonts w:ascii="Calibri" w:hAnsi="Calibri" w:cs="Calibri"/>
        </w:rPr>
        <w:tab/>
      </w:r>
      <w:r w:rsidR="00A569C9">
        <w:rPr>
          <w:rFonts w:ascii="Calibri" w:hAnsi="Calibri" w:cs="Calibri"/>
        </w:rPr>
        <w:tab/>
      </w:r>
      <w:r w:rsidR="00A569C9"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workshop, two hours. They kind of provide things, the overall things and then - (unintelligible </w:t>
      </w:r>
      <w:r w:rsidR="00A569C9">
        <w:rPr>
          <w:rFonts w:ascii="Calibri" w:hAnsi="Calibri" w:cs="Calibri"/>
        </w:rPr>
        <w:tab/>
      </w:r>
      <w:r w:rsidR="00A569C9">
        <w:rPr>
          <w:rFonts w:ascii="Calibri" w:hAnsi="Calibri" w:cs="Calibri"/>
        </w:rPr>
        <w:tab/>
      </w:r>
      <w:r w:rsidR="00A569C9"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>crosstalk) [26:54].</w:t>
      </w:r>
    </w:p>
    <w:p w14:paraId="6A892635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2A8BA947" w14:textId="3662CF53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JH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A569C9">
        <w:rPr>
          <w:rFonts w:ascii="Calibri" w:hAnsi="Calibri" w:cs="Calibri"/>
          <w:b/>
        </w:rPr>
        <w:tab/>
      </w:r>
      <w:r w:rsidR="00AB1F97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I think the overall </w:t>
      </w:r>
      <w:proofErr w:type="gramStart"/>
      <w:r w:rsidR="003943AF" w:rsidRPr="00837F53">
        <w:rPr>
          <w:rFonts w:ascii="Calibri" w:hAnsi="Calibri" w:cs="Calibri"/>
        </w:rPr>
        <w:t>thing</w:t>
      </w:r>
      <w:proofErr w:type="gramEnd"/>
      <w:r w:rsidR="003943AF" w:rsidRPr="00837F53">
        <w:rPr>
          <w:rFonts w:ascii="Calibri" w:hAnsi="Calibri" w:cs="Calibri"/>
        </w:rPr>
        <w:t xml:space="preserve"> will be </w:t>
      </w:r>
      <w:proofErr w:type="gramStart"/>
      <w:r w:rsidR="003943AF" w:rsidRPr="00837F53">
        <w:rPr>
          <w:rFonts w:ascii="Calibri" w:hAnsi="Calibri" w:cs="Calibri"/>
        </w:rPr>
        <w:t>really helpful</w:t>
      </w:r>
      <w:proofErr w:type="gramEnd"/>
      <w:r w:rsidR="003943AF" w:rsidRPr="00837F53">
        <w:rPr>
          <w:rFonts w:ascii="Calibri" w:hAnsi="Calibri" w:cs="Calibri"/>
        </w:rPr>
        <w:t xml:space="preserve"> is to know. But I think they - </w:t>
      </w:r>
    </w:p>
    <w:p w14:paraId="4AE9E375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09C7D11B" w14:textId="77777777" w:rsidR="00885A73" w:rsidRPr="00837F53" w:rsidRDefault="00A569C9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I don't know, everybody was telling me that there is a formula, alright? But I don't really see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that. Do you know what I mean? </w:t>
      </w:r>
    </w:p>
    <w:p w14:paraId="51ADA4DE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0D9AAAFF" w14:textId="77777777" w:rsidR="00885A73" w:rsidRPr="00837F53" w:rsidRDefault="00A569C9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For instance, Michael, sometimes - I'm so sorry. </w:t>
      </w:r>
    </w:p>
    <w:p w14:paraId="019EC405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42D29CF4" w14:textId="2E0ABD4F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A569C9">
        <w:rPr>
          <w:rFonts w:ascii="Calibri" w:hAnsi="Calibri" w:cs="Calibri"/>
          <w:b/>
        </w:rPr>
        <w:tab/>
      </w:r>
      <w:r w:rsidR="00A569C9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>Don't worry.</w:t>
      </w:r>
    </w:p>
    <w:p w14:paraId="24DC0BC5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28BC3C51" w14:textId="07B879B3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JH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A569C9">
        <w:rPr>
          <w:rFonts w:ascii="Calibri" w:hAnsi="Calibri" w:cs="Calibri"/>
          <w:b/>
        </w:rPr>
        <w:tab/>
      </w:r>
      <w:r w:rsidR="00AB1F97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Dr. Michael Hall was saying like, "Oh, you know, just read more then you will realise it." But - </w:t>
      </w:r>
      <w:r w:rsidR="005203DA">
        <w:rPr>
          <w:rFonts w:ascii="Calibri" w:hAnsi="Calibri" w:cs="Calibri"/>
        </w:rPr>
        <w:tab/>
      </w:r>
      <w:r w:rsidR="005203DA">
        <w:rPr>
          <w:rFonts w:ascii="Calibri" w:hAnsi="Calibri" w:cs="Calibri"/>
        </w:rPr>
        <w:tab/>
      </w:r>
      <w:r w:rsidR="005203DA"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>(unintelligible crosstalk) [27:28].</w:t>
      </w:r>
    </w:p>
    <w:p w14:paraId="5862A84C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5BDF4047" w14:textId="302EA2FA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A569C9">
        <w:rPr>
          <w:rFonts w:ascii="Calibri" w:hAnsi="Calibri" w:cs="Calibri"/>
          <w:b/>
        </w:rPr>
        <w:tab/>
      </w:r>
      <w:r w:rsidR="00A569C9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For me, I don't think there's a formula. But I would say that </w:t>
      </w:r>
      <w:r w:rsidR="001728DC">
        <w:rPr>
          <w:rFonts w:ascii="Calibri" w:hAnsi="Calibri" w:cs="Calibri"/>
        </w:rPr>
        <w:t>–</w:t>
      </w:r>
      <w:r w:rsidR="003943AF" w:rsidRPr="00837F53">
        <w:rPr>
          <w:rFonts w:ascii="Calibri" w:hAnsi="Calibri" w:cs="Calibri"/>
        </w:rPr>
        <w:t xml:space="preserve"> Never</w:t>
      </w:r>
      <w:r w:rsidR="001728DC">
        <w:rPr>
          <w:rFonts w:ascii="Calibri" w:hAnsi="Calibri" w:cs="Calibri"/>
        </w:rPr>
        <w:t xml:space="preserve"> mind</w:t>
      </w:r>
      <w:r w:rsidR="003943AF" w:rsidRPr="00837F53">
        <w:rPr>
          <w:rFonts w:ascii="Calibri" w:hAnsi="Calibri" w:cs="Calibri"/>
        </w:rPr>
        <w:t xml:space="preserve">, I want to address this </w:t>
      </w:r>
      <w:r w:rsidR="00A569C9">
        <w:rPr>
          <w:rFonts w:ascii="Calibri" w:hAnsi="Calibri" w:cs="Calibri"/>
        </w:rPr>
        <w:tab/>
      </w:r>
      <w:r w:rsidR="00A569C9">
        <w:rPr>
          <w:rFonts w:ascii="Calibri" w:hAnsi="Calibri" w:cs="Calibri"/>
        </w:rPr>
        <w:tab/>
      </w:r>
      <w:r w:rsidR="00A569C9"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once we are done with this interview so that if we of - Basically, I will just share with you from </w:t>
      </w:r>
      <w:r w:rsidR="00A569C9">
        <w:rPr>
          <w:rFonts w:ascii="Calibri" w:hAnsi="Calibri" w:cs="Calibri"/>
        </w:rPr>
        <w:tab/>
      </w:r>
      <w:r w:rsidR="00A569C9">
        <w:rPr>
          <w:rFonts w:ascii="Calibri" w:hAnsi="Calibri" w:cs="Calibri"/>
        </w:rPr>
        <w:tab/>
      </w:r>
      <w:r w:rsidR="00A569C9"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my - </w:t>
      </w:r>
    </w:p>
    <w:p w14:paraId="1EB1C760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253A70B7" w14:textId="77777777" w:rsidR="00885A73" w:rsidRPr="00837F53" w:rsidRDefault="00A569C9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Because I think it could be different given that - </w:t>
      </w:r>
    </w:p>
    <w:p w14:paraId="4E02D0DB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5D133A1F" w14:textId="77777777" w:rsidR="00885A73" w:rsidRPr="00837F53" w:rsidRDefault="00A569C9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>I'm not sure. Are you coming from FASS or FOSE? Your background.</w:t>
      </w:r>
    </w:p>
    <w:p w14:paraId="45A9ABED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193575D2" w14:textId="4B2173A3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JH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A569C9">
        <w:rPr>
          <w:rFonts w:ascii="Calibri" w:hAnsi="Calibri" w:cs="Calibri"/>
          <w:b/>
        </w:rPr>
        <w:tab/>
      </w:r>
      <w:r w:rsidR="00AB1F97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>What is - (unintelligible crosstalk) [27:45].</w:t>
      </w:r>
    </w:p>
    <w:p w14:paraId="32F5C125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18FF89B3" w14:textId="10B8D2C8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5203DA" w:rsidRPr="005203DA">
        <w:rPr>
          <w:rFonts w:ascii="Calibri" w:hAnsi="Calibri" w:cs="Calibri"/>
          <w:b/>
        </w:rPr>
        <w:t>:</w:t>
      </w:r>
      <w:r w:rsidR="00A569C9">
        <w:rPr>
          <w:rFonts w:ascii="Calibri" w:hAnsi="Calibri" w:cs="Calibri"/>
        </w:rPr>
        <w:tab/>
      </w:r>
      <w:r w:rsidR="00A569C9"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>Social science. Arts and social science, or science and engineering?</w:t>
      </w:r>
    </w:p>
    <w:p w14:paraId="1E526907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5A93F294" w14:textId="249E8864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JH</w:t>
      </w:r>
      <w:r w:rsidR="005203DA" w:rsidRPr="005203DA">
        <w:rPr>
          <w:rFonts w:ascii="Calibri" w:hAnsi="Calibri" w:cs="Calibri"/>
          <w:b/>
        </w:rPr>
        <w:t>:</w:t>
      </w:r>
      <w:r w:rsidR="00A569C9">
        <w:rPr>
          <w:rFonts w:ascii="Calibri" w:hAnsi="Calibri" w:cs="Calibri"/>
        </w:rPr>
        <w:tab/>
      </w:r>
      <w:r w:rsidR="00A569C9"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>I am arts and not even social science. I'm just arts.</w:t>
      </w:r>
    </w:p>
    <w:p w14:paraId="78CE0B14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138BED03" w14:textId="12F6345E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lastRenderedPageBreak/>
        <w:t>TC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A569C9">
        <w:rPr>
          <w:rFonts w:ascii="Calibri" w:hAnsi="Calibri" w:cs="Calibri"/>
          <w:b/>
        </w:rPr>
        <w:tab/>
      </w:r>
      <w:r w:rsidR="00A569C9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So yeah, there could be some </w:t>
      </w:r>
      <w:proofErr w:type="gramStart"/>
      <w:r w:rsidR="003943AF" w:rsidRPr="00837F53">
        <w:rPr>
          <w:rFonts w:ascii="Calibri" w:hAnsi="Calibri" w:cs="Calibri"/>
        </w:rPr>
        <w:t>different</w:t>
      </w:r>
      <w:proofErr w:type="gramEnd"/>
      <w:r w:rsidR="003943AF" w:rsidRPr="00837F53">
        <w:rPr>
          <w:rFonts w:ascii="Calibri" w:hAnsi="Calibri" w:cs="Calibri"/>
        </w:rPr>
        <w:t xml:space="preserve"> there in terms of how we approach writing as well. But </w:t>
      </w:r>
      <w:r w:rsidR="00A569C9">
        <w:rPr>
          <w:rFonts w:ascii="Calibri" w:hAnsi="Calibri" w:cs="Calibri"/>
        </w:rPr>
        <w:tab/>
      </w:r>
      <w:r w:rsidR="00A569C9">
        <w:rPr>
          <w:rFonts w:ascii="Calibri" w:hAnsi="Calibri" w:cs="Calibri"/>
        </w:rPr>
        <w:tab/>
      </w:r>
      <w:r w:rsidR="00A569C9"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anyhow, I will talk to you shortly about that. </w:t>
      </w:r>
    </w:p>
    <w:p w14:paraId="7A10518C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5F15504F" w14:textId="5D5E031D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JH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A569C9">
        <w:rPr>
          <w:rFonts w:ascii="Calibri" w:hAnsi="Calibri" w:cs="Calibri"/>
          <w:b/>
        </w:rPr>
        <w:tab/>
      </w:r>
      <w:r w:rsidR="00AB1F97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>Okay.</w:t>
      </w:r>
    </w:p>
    <w:p w14:paraId="4FB6C8A1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323BB1D7" w14:textId="31550130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A569C9">
        <w:rPr>
          <w:rFonts w:ascii="Calibri" w:hAnsi="Calibri" w:cs="Calibri"/>
          <w:b/>
        </w:rPr>
        <w:tab/>
      </w:r>
      <w:r w:rsidR="00A569C9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So, </w:t>
      </w:r>
      <w:r>
        <w:rPr>
          <w:rFonts w:ascii="Calibri" w:hAnsi="Calibri" w:cs="Calibri"/>
        </w:rPr>
        <w:t>JH</w:t>
      </w:r>
      <w:r w:rsidR="003943AF" w:rsidRPr="00837F53">
        <w:rPr>
          <w:rFonts w:ascii="Calibri" w:hAnsi="Calibri" w:cs="Calibri"/>
        </w:rPr>
        <w:t xml:space="preserve">, coming to the last bit. You know that most of these consultation session was done </w:t>
      </w:r>
      <w:r w:rsidR="00A569C9">
        <w:rPr>
          <w:rFonts w:ascii="Calibri" w:hAnsi="Calibri" w:cs="Calibri"/>
        </w:rPr>
        <w:tab/>
      </w:r>
      <w:r w:rsidR="00A569C9">
        <w:rPr>
          <w:rFonts w:ascii="Calibri" w:hAnsi="Calibri" w:cs="Calibri"/>
        </w:rPr>
        <w:tab/>
      </w:r>
      <w:r w:rsidR="00A569C9"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virtually through Teams because of the pandemic. </w:t>
      </w:r>
    </w:p>
    <w:p w14:paraId="3722476B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391AA432" w14:textId="7AAA53A3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JH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A569C9">
        <w:rPr>
          <w:rFonts w:ascii="Calibri" w:hAnsi="Calibri" w:cs="Calibri"/>
          <w:b/>
        </w:rPr>
        <w:tab/>
      </w:r>
      <w:r w:rsidR="00AB1F97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>Yup.</w:t>
      </w:r>
    </w:p>
    <w:p w14:paraId="4E19E136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51E1C6A8" w14:textId="5EC68442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A569C9">
        <w:rPr>
          <w:rFonts w:ascii="Calibri" w:hAnsi="Calibri" w:cs="Calibri"/>
          <w:b/>
        </w:rPr>
        <w:tab/>
      </w:r>
      <w:r w:rsidR="00A569C9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So, moving forward, in terms of - </w:t>
      </w:r>
    </w:p>
    <w:p w14:paraId="5D8F0667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52F5826C" w14:textId="77777777" w:rsidR="00885A73" w:rsidRPr="00837F53" w:rsidRDefault="00A569C9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First and foremost, before we look at the future, in your experience, what was the advantage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>and disadvantage of attending this kind of consultation virtually?</w:t>
      </w:r>
    </w:p>
    <w:p w14:paraId="2F993D61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24D48B68" w14:textId="735787D4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JH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A569C9">
        <w:rPr>
          <w:rFonts w:ascii="Calibri" w:hAnsi="Calibri" w:cs="Calibri"/>
          <w:b/>
        </w:rPr>
        <w:tab/>
      </w:r>
      <w:r w:rsidR="00AB1F97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Virtually is very fast because you put your paper up and then both sides can read and then we </w:t>
      </w:r>
      <w:r w:rsidR="00A569C9">
        <w:rPr>
          <w:rFonts w:ascii="Calibri" w:hAnsi="Calibri" w:cs="Calibri"/>
        </w:rPr>
        <w:tab/>
      </w:r>
      <w:r w:rsidR="00A569C9">
        <w:rPr>
          <w:rFonts w:ascii="Calibri" w:hAnsi="Calibri" w:cs="Calibri"/>
        </w:rPr>
        <w:tab/>
      </w:r>
      <w:r w:rsidR="00A569C9"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>can correct it on the spot. So I don't really think there is any difference between virtual or face-</w:t>
      </w:r>
      <w:r w:rsidR="00A569C9">
        <w:rPr>
          <w:rFonts w:ascii="Calibri" w:hAnsi="Calibri" w:cs="Calibri"/>
        </w:rPr>
        <w:tab/>
      </w:r>
      <w:r w:rsidR="00A569C9">
        <w:rPr>
          <w:rFonts w:ascii="Calibri" w:hAnsi="Calibri" w:cs="Calibri"/>
        </w:rPr>
        <w:tab/>
      </w:r>
      <w:r w:rsidR="00A569C9"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to-face. </w:t>
      </w:r>
    </w:p>
    <w:p w14:paraId="08F4CE1B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32939390" w14:textId="77777777" w:rsidR="00885A73" w:rsidRPr="00837F53" w:rsidRDefault="00A569C9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I mean, of course face-to-face you build the relationship, then you could, you know, "Let me buy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>you a coffee to serve (?) [28:43]."</w:t>
      </w:r>
    </w:p>
    <w:p w14:paraId="6290C62A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670F24B4" w14:textId="4B498882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A569C9">
        <w:rPr>
          <w:rFonts w:ascii="Calibri" w:hAnsi="Calibri" w:cs="Calibri"/>
          <w:b/>
        </w:rPr>
        <w:tab/>
      </w:r>
      <w:r w:rsidR="00A569C9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>Okay.</w:t>
      </w:r>
    </w:p>
    <w:p w14:paraId="4AFFF95D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590E34CF" w14:textId="0002B459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JH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A569C9">
        <w:rPr>
          <w:rFonts w:ascii="Calibri" w:hAnsi="Calibri" w:cs="Calibri"/>
          <w:b/>
        </w:rPr>
        <w:tab/>
      </w:r>
      <w:r w:rsidR="00AB1F97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>That is the benefit from having a cup of coffee.</w:t>
      </w:r>
    </w:p>
    <w:p w14:paraId="110CC2BE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3197A8D3" w14:textId="1EC42702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A569C9">
        <w:rPr>
          <w:rFonts w:ascii="Calibri" w:hAnsi="Calibri" w:cs="Calibri"/>
          <w:b/>
        </w:rPr>
        <w:tab/>
      </w:r>
      <w:r w:rsidR="00A569C9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But in terms of the drawback, was any drawback that you kind of felt - experienced - when you </w:t>
      </w:r>
      <w:r w:rsidR="00A569C9">
        <w:rPr>
          <w:rFonts w:ascii="Calibri" w:hAnsi="Calibri" w:cs="Calibri"/>
        </w:rPr>
        <w:tab/>
      </w:r>
      <w:r w:rsidR="00A569C9">
        <w:rPr>
          <w:rFonts w:ascii="Calibri" w:hAnsi="Calibri" w:cs="Calibri"/>
        </w:rPr>
        <w:tab/>
      </w:r>
      <w:r w:rsidR="00A569C9"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>did this virtually?</w:t>
      </w:r>
    </w:p>
    <w:p w14:paraId="22346A2A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4FD999FC" w14:textId="06168F4E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JH</w:t>
      </w:r>
      <w:r w:rsidR="00E070CD" w:rsidRPr="00E070CD">
        <w:rPr>
          <w:rFonts w:ascii="Calibri" w:hAnsi="Calibri" w:cs="Calibri"/>
          <w:b/>
        </w:rPr>
        <w:t>:</w:t>
      </w:r>
      <w:r w:rsidR="00A569C9">
        <w:rPr>
          <w:rFonts w:ascii="Calibri" w:hAnsi="Calibri" w:cs="Calibri"/>
        </w:rPr>
        <w:tab/>
      </w:r>
      <w:r w:rsidR="00A569C9"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I guess sometimes you </w:t>
      </w:r>
      <w:proofErr w:type="gramStart"/>
      <w:r w:rsidR="003943AF" w:rsidRPr="00837F53">
        <w:rPr>
          <w:rFonts w:ascii="Calibri" w:hAnsi="Calibri" w:cs="Calibri"/>
        </w:rPr>
        <w:t>got</w:t>
      </w:r>
      <w:proofErr w:type="gramEnd"/>
      <w:r w:rsidR="003943AF" w:rsidRPr="00837F53">
        <w:rPr>
          <w:rFonts w:ascii="Calibri" w:hAnsi="Calibri" w:cs="Calibri"/>
        </w:rPr>
        <w:t xml:space="preserve"> a cut. For me, the internet is not always very smooth. That was the </w:t>
      </w:r>
      <w:r w:rsidR="00A569C9">
        <w:rPr>
          <w:rFonts w:ascii="Calibri" w:hAnsi="Calibri" w:cs="Calibri"/>
        </w:rPr>
        <w:tab/>
      </w:r>
      <w:r w:rsidR="00A569C9">
        <w:rPr>
          <w:rFonts w:ascii="Calibri" w:hAnsi="Calibri" w:cs="Calibri"/>
        </w:rPr>
        <w:tab/>
      </w:r>
      <w:r w:rsidR="00A569C9"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only issue. </w:t>
      </w:r>
    </w:p>
    <w:p w14:paraId="69F53262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7E9AD1A2" w14:textId="77777777" w:rsidR="00885A73" w:rsidRPr="00837F53" w:rsidRDefault="00E070CD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  <w:b/>
        </w:rPr>
        <w:t xml:space="preserve">  </w:t>
      </w:r>
      <w:r w:rsidR="00A569C9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But sometimes like the Team - I don't really think it's my Internet having problem. I think </w:t>
      </w:r>
      <w:r w:rsidR="00A569C9">
        <w:rPr>
          <w:rFonts w:ascii="Calibri" w:hAnsi="Calibri" w:cs="Calibri"/>
        </w:rPr>
        <w:tab/>
      </w:r>
      <w:r w:rsidR="00A569C9">
        <w:rPr>
          <w:rFonts w:ascii="Calibri" w:hAnsi="Calibri" w:cs="Calibri"/>
        </w:rPr>
        <w:tab/>
      </w:r>
      <w:r w:rsidR="00A569C9"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>sometimes the Microsoft Teams probably having problem as well. I don't know.</w:t>
      </w:r>
    </w:p>
    <w:p w14:paraId="1469339B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22ED8F9C" w14:textId="77777777" w:rsidR="00885A73" w:rsidRPr="00837F53" w:rsidRDefault="00A569C9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It's just like it's - </w:t>
      </w:r>
    </w:p>
    <w:p w14:paraId="0EAB2665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56ECB88C" w14:textId="6E6A5DC2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A569C9">
        <w:rPr>
          <w:rFonts w:ascii="Calibri" w:hAnsi="Calibri" w:cs="Calibri"/>
          <w:b/>
        </w:rPr>
        <w:tab/>
      </w:r>
      <w:r w:rsidR="00A569C9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Both of </w:t>
      </w:r>
      <w:proofErr w:type="gramStart"/>
      <w:r w:rsidR="003943AF" w:rsidRPr="00837F53">
        <w:rPr>
          <w:rFonts w:ascii="Calibri" w:hAnsi="Calibri" w:cs="Calibri"/>
        </w:rPr>
        <w:t>it</w:t>
      </w:r>
      <w:proofErr w:type="gramEnd"/>
      <w:r w:rsidR="003943AF" w:rsidRPr="00837F53">
        <w:rPr>
          <w:rFonts w:ascii="Calibri" w:hAnsi="Calibri" w:cs="Calibri"/>
        </w:rPr>
        <w:t>, I think, could be an issue, I think.</w:t>
      </w:r>
    </w:p>
    <w:p w14:paraId="5270B41E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48BAB3E5" w14:textId="02CD7634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JH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A569C9">
        <w:rPr>
          <w:rFonts w:ascii="Calibri" w:hAnsi="Calibri" w:cs="Calibri"/>
          <w:b/>
        </w:rPr>
        <w:tab/>
      </w:r>
      <w:r w:rsidR="00AB1F97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>Right.</w:t>
      </w:r>
    </w:p>
    <w:p w14:paraId="3D943F98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7B58772B" w14:textId="5236602B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A569C9">
        <w:rPr>
          <w:rFonts w:ascii="Calibri" w:hAnsi="Calibri" w:cs="Calibri"/>
          <w:b/>
        </w:rPr>
        <w:tab/>
      </w:r>
      <w:r w:rsidR="00A569C9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But nevertheless, </w:t>
      </w:r>
      <w:proofErr w:type="gramStart"/>
      <w:r w:rsidR="003943AF" w:rsidRPr="00837F53">
        <w:rPr>
          <w:rFonts w:ascii="Calibri" w:hAnsi="Calibri" w:cs="Calibri"/>
        </w:rPr>
        <w:t>as long as</w:t>
      </w:r>
      <w:proofErr w:type="gramEnd"/>
      <w:r w:rsidR="003943AF" w:rsidRPr="00837F53">
        <w:rPr>
          <w:rFonts w:ascii="Calibri" w:hAnsi="Calibri" w:cs="Calibri"/>
        </w:rPr>
        <w:t xml:space="preserve"> you don't experience it regularly, then it benefits you. </w:t>
      </w:r>
    </w:p>
    <w:p w14:paraId="0BE09B5E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42B52A9B" w14:textId="77777777" w:rsidR="00885A73" w:rsidRPr="00837F53" w:rsidRDefault="00A569C9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Especially if it's during class or what, that will be a nightmare especially, I know. </w:t>
      </w:r>
    </w:p>
    <w:p w14:paraId="3B3064C2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4A964842" w14:textId="1F3C6164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JH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A569C9">
        <w:rPr>
          <w:rFonts w:ascii="Calibri" w:hAnsi="Calibri" w:cs="Calibri"/>
          <w:b/>
        </w:rPr>
        <w:tab/>
      </w:r>
      <w:r w:rsidR="00AB1F97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>Right.</w:t>
      </w:r>
    </w:p>
    <w:p w14:paraId="025EE765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0DDFB1E3" w14:textId="20F0BE34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A569C9">
        <w:rPr>
          <w:rFonts w:ascii="Calibri" w:hAnsi="Calibri" w:cs="Calibri"/>
          <w:b/>
        </w:rPr>
        <w:tab/>
      </w:r>
      <w:r w:rsidR="00A569C9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Given that moving forward, we are going more towards physical presence on campus. So, back </w:t>
      </w:r>
      <w:r w:rsidR="00A569C9">
        <w:rPr>
          <w:rFonts w:ascii="Calibri" w:hAnsi="Calibri" w:cs="Calibri"/>
        </w:rPr>
        <w:tab/>
      </w:r>
      <w:r w:rsidR="00A569C9">
        <w:rPr>
          <w:rFonts w:ascii="Calibri" w:hAnsi="Calibri" w:cs="Calibri"/>
        </w:rPr>
        <w:tab/>
      </w:r>
      <w:r w:rsidR="00A569C9"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to the face-to-face approach. In your opinion, do you think it will benefit you if this was done </w:t>
      </w:r>
      <w:r w:rsidR="005C3C28">
        <w:rPr>
          <w:rFonts w:ascii="Calibri" w:hAnsi="Calibri" w:cs="Calibri"/>
        </w:rPr>
        <w:tab/>
      </w:r>
      <w:r w:rsidR="005C3C28">
        <w:rPr>
          <w:rFonts w:ascii="Calibri" w:hAnsi="Calibri" w:cs="Calibri"/>
        </w:rPr>
        <w:tab/>
      </w:r>
      <w:r w:rsidR="005C3C28"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>more in a face-to-face on-campus in Semenyih?</w:t>
      </w:r>
    </w:p>
    <w:p w14:paraId="59B7FAAD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0218ABF3" w14:textId="6A70F8FD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JH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A569C9">
        <w:rPr>
          <w:rFonts w:ascii="Calibri" w:hAnsi="Calibri" w:cs="Calibri"/>
          <w:b/>
        </w:rPr>
        <w:tab/>
      </w:r>
      <w:r w:rsidR="00AB1F97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I think it will benefit you. </w:t>
      </w:r>
    </w:p>
    <w:p w14:paraId="07892860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33DEACF7" w14:textId="58609240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A569C9">
        <w:rPr>
          <w:rFonts w:ascii="Calibri" w:hAnsi="Calibri" w:cs="Calibri"/>
          <w:b/>
        </w:rPr>
        <w:tab/>
      </w:r>
      <w:r w:rsidR="00A569C9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Not me, not me. </w:t>
      </w:r>
    </w:p>
    <w:p w14:paraId="009E5225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54C2188A" w14:textId="77777777" w:rsidR="00885A73" w:rsidRPr="00837F53" w:rsidRDefault="00A569C9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>(unintelligible crosstalk) [29:58]</w:t>
      </w:r>
    </w:p>
    <w:p w14:paraId="35344615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31715617" w14:textId="0B0CFA79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JH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A569C9">
        <w:rPr>
          <w:rFonts w:ascii="Calibri" w:hAnsi="Calibri" w:cs="Calibri"/>
          <w:b/>
        </w:rPr>
        <w:tab/>
      </w:r>
      <w:r w:rsidR="00AB1F97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>- to you, that we will need to buy you coffee or give you something.</w:t>
      </w:r>
    </w:p>
    <w:p w14:paraId="64008E9D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046C0A36" w14:textId="64D37070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A569C9">
        <w:rPr>
          <w:rFonts w:ascii="Calibri" w:hAnsi="Calibri" w:cs="Calibri"/>
          <w:b/>
        </w:rPr>
        <w:tab/>
      </w:r>
      <w:r w:rsidR="00A569C9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No, no. </w:t>
      </w:r>
    </w:p>
    <w:p w14:paraId="3FD05FAE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37F37A8A" w14:textId="0BF1B167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JH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A569C9">
        <w:rPr>
          <w:rFonts w:ascii="Calibri" w:hAnsi="Calibri" w:cs="Calibri"/>
          <w:b/>
        </w:rPr>
        <w:tab/>
      </w:r>
      <w:r w:rsidR="00AB1F97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>(unintelligible crosstalk and laughter) [29:55].</w:t>
      </w:r>
    </w:p>
    <w:p w14:paraId="12B0E24B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26E608C7" w14:textId="522F6DCC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A569C9">
        <w:rPr>
          <w:rFonts w:ascii="Calibri" w:hAnsi="Calibri" w:cs="Calibri"/>
          <w:b/>
        </w:rPr>
        <w:tab/>
      </w:r>
      <w:r w:rsidR="00A569C9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To be honest, </w:t>
      </w:r>
      <w:r>
        <w:rPr>
          <w:rFonts w:ascii="Calibri" w:hAnsi="Calibri" w:cs="Calibri"/>
        </w:rPr>
        <w:t>JH</w:t>
      </w:r>
      <w:r w:rsidR="003943AF" w:rsidRPr="00837F53">
        <w:rPr>
          <w:rFonts w:ascii="Calibri" w:hAnsi="Calibri" w:cs="Calibri"/>
        </w:rPr>
        <w:t xml:space="preserve">, I'm </w:t>
      </w:r>
      <w:r w:rsidR="001728DC">
        <w:rPr>
          <w:rFonts w:ascii="Calibri" w:hAnsi="Calibri" w:cs="Calibri"/>
        </w:rPr>
        <w:t>quite happy staying away from c</w:t>
      </w:r>
      <w:r w:rsidR="003943AF" w:rsidRPr="00837F53">
        <w:rPr>
          <w:rFonts w:ascii="Calibri" w:hAnsi="Calibri" w:cs="Calibri"/>
        </w:rPr>
        <w:t xml:space="preserve">ampus because the journey from </w:t>
      </w:r>
      <w:r w:rsidR="00A569C9">
        <w:rPr>
          <w:rFonts w:ascii="Calibri" w:hAnsi="Calibri" w:cs="Calibri"/>
        </w:rPr>
        <w:tab/>
      </w:r>
      <w:r w:rsidR="00A569C9">
        <w:rPr>
          <w:rFonts w:ascii="Calibri" w:hAnsi="Calibri" w:cs="Calibri"/>
        </w:rPr>
        <w:tab/>
      </w:r>
      <w:r w:rsidR="00A569C9">
        <w:rPr>
          <w:rFonts w:ascii="Calibri" w:hAnsi="Calibri" w:cs="Calibri"/>
        </w:rPr>
        <w:tab/>
      </w:r>
      <w:r w:rsidR="00AB1F97"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>(unintelligible) [30:08] is also like what? 1.5 hours to go, one way.</w:t>
      </w:r>
    </w:p>
    <w:p w14:paraId="61EB703D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203DCBF9" w14:textId="0093F97D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JH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A569C9">
        <w:rPr>
          <w:rFonts w:ascii="Calibri" w:hAnsi="Calibri" w:cs="Calibri"/>
          <w:b/>
        </w:rPr>
        <w:tab/>
      </w:r>
      <w:r w:rsidR="00AB1F97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>Right.</w:t>
      </w:r>
    </w:p>
    <w:p w14:paraId="7DC6D3F0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4FBD9F23" w14:textId="77777777" w:rsidR="00885A73" w:rsidRPr="00837F53" w:rsidRDefault="00A569C9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No, honestly, I agree. I really don't think is that beneficial. </w:t>
      </w:r>
    </w:p>
    <w:p w14:paraId="388EF2C8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5F04C02A" w14:textId="77777777" w:rsidR="00885A73" w:rsidRPr="00837F53" w:rsidRDefault="00A569C9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I mean apart from building relationship because, honestly, if you see a person, then you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definitely feel that you want it to be closer to the person or whatever. </w:t>
      </w:r>
    </w:p>
    <w:p w14:paraId="544CFF78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28F1943C" w14:textId="77777777" w:rsidR="00885A73" w:rsidRPr="00837F53" w:rsidRDefault="00A569C9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But yeah, that's the thing. </w:t>
      </w:r>
    </w:p>
    <w:p w14:paraId="56D07C04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17328477" w14:textId="77777777" w:rsidR="00885A73" w:rsidRPr="00837F53" w:rsidRDefault="00A569C9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>But other than that, I don't really think there is such a differences.</w:t>
      </w:r>
    </w:p>
    <w:p w14:paraId="08108900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7D646836" w14:textId="3ADD076D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D619F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A569C9">
        <w:rPr>
          <w:rFonts w:ascii="Calibri" w:hAnsi="Calibri" w:cs="Calibri"/>
          <w:b/>
        </w:rPr>
        <w:tab/>
      </w:r>
      <w:r w:rsidR="00A569C9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Okay. </w:t>
      </w:r>
    </w:p>
    <w:p w14:paraId="0FFEEE0F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41FF7477" w14:textId="77777777" w:rsidR="00885A73" w:rsidRPr="00837F53" w:rsidRDefault="00A569C9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Last question. Moving forward, would you prefer if - future sessions, right - would you prefer it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being conducted virtually, physically, or both? </w:t>
      </w:r>
    </w:p>
    <w:p w14:paraId="0023C9DC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78039B1D" w14:textId="47D6E3BC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JH</w:t>
      </w:r>
      <w:r w:rsidR="00054777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A569C9">
        <w:rPr>
          <w:rFonts w:ascii="Calibri" w:hAnsi="Calibri" w:cs="Calibri"/>
          <w:b/>
        </w:rPr>
        <w:tab/>
      </w:r>
      <w:r w:rsidR="00AB1F97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>I'm sorry?</w:t>
      </w:r>
    </w:p>
    <w:p w14:paraId="3D62AF75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0DF1F067" w14:textId="6952E1C1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lastRenderedPageBreak/>
        <w:t>TC</w:t>
      </w:r>
      <w:r w:rsidR="00054777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A569C9">
        <w:rPr>
          <w:rFonts w:ascii="Calibri" w:hAnsi="Calibri" w:cs="Calibri"/>
          <w:b/>
        </w:rPr>
        <w:tab/>
      </w:r>
      <w:r w:rsidR="00A569C9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Moving forward, say, for example, a future session - would you prefer it to be conducted </w:t>
      </w:r>
      <w:r w:rsidR="00A569C9">
        <w:rPr>
          <w:rFonts w:ascii="Calibri" w:hAnsi="Calibri" w:cs="Calibri"/>
        </w:rPr>
        <w:tab/>
      </w:r>
      <w:r w:rsidR="00A569C9">
        <w:rPr>
          <w:rFonts w:ascii="Calibri" w:hAnsi="Calibri" w:cs="Calibri"/>
        </w:rPr>
        <w:tab/>
      </w:r>
      <w:r w:rsidR="00A569C9"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>virtually, physically, or a mixture of both?</w:t>
      </w:r>
    </w:p>
    <w:p w14:paraId="15A04B2E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4170DA2F" w14:textId="19EB8D66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JH</w:t>
      </w:r>
      <w:r w:rsidR="00054777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A569C9">
        <w:rPr>
          <w:rFonts w:ascii="Calibri" w:hAnsi="Calibri" w:cs="Calibri"/>
          <w:b/>
        </w:rPr>
        <w:tab/>
      </w:r>
      <w:r w:rsidR="00AB1F97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Me, personally, I don't want it to be physical. I want it virtually because my schedule is quite </w:t>
      </w:r>
      <w:r w:rsidR="00A569C9">
        <w:rPr>
          <w:rFonts w:ascii="Calibri" w:hAnsi="Calibri" w:cs="Calibri"/>
        </w:rPr>
        <w:tab/>
      </w:r>
      <w:r w:rsidR="00A569C9">
        <w:rPr>
          <w:rFonts w:ascii="Calibri" w:hAnsi="Calibri" w:cs="Calibri"/>
        </w:rPr>
        <w:tab/>
      </w:r>
      <w:r w:rsidR="00A569C9"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tight as well. I have kids at home. </w:t>
      </w:r>
    </w:p>
    <w:p w14:paraId="216F18F0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3E1C7D30" w14:textId="6ED41069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54777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A569C9">
        <w:rPr>
          <w:rFonts w:ascii="Calibri" w:hAnsi="Calibri" w:cs="Calibri"/>
          <w:b/>
        </w:rPr>
        <w:tab/>
      </w:r>
      <w:r w:rsidR="00A569C9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>Okay.</w:t>
      </w:r>
    </w:p>
    <w:p w14:paraId="65FB77A5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7B29F3A4" w14:textId="7C9C48C9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JH</w:t>
      </w:r>
      <w:r w:rsidR="00054777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A569C9">
        <w:rPr>
          <w:rFonts w:ascii="Calibri" w:hAnsi="Calibri" w:cs="Calibri"/>
          <w:b/>
        </w:rPr>
        <w:tab/>
      </w:r>
      <w:r w:rsidR="00AB1F97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So, it'd be easier if we </w:t>
      </w:r>
      <w:proofErr w:type="gramStart"/>
      <w:r w:rsidR="003943AF" w:rsidRPr="00837F53">
        <w:rPr>
          <w:rFonts w:ascii="Calibri" w:hAnsi="Calibri" w:cs="Calibri"/>
        </w:rPr>
        <w:t>can</w:t>
      </w:r>
      <w:proofErr w:type="gramEnd"/>
      <w:r w:rsidR="003943AF" w:rsidRPr="00837F53">
        <w:rPr>
          <w:rFonts w:ascii="Calibri" w:hAnsi="Calibri" w:cs="Calibri"/>
        </w:rPr>
        <w:t xml:space="preserve"> do it </w:t>
      </w:r>
      <w:proofErr w:type="gramStart"/>
      <w:r w:rsidR="003943AF" w:rsidRPr="00837F53">
        <w:rPr>
          <w:rFonts w:ascii="Calibri" w:hAnsi="Calibri" w:cs="Calibri"/>
        </w:rPr>
        <w:t>virtually</w:t>
      </w:r>
      <w:proofErr w:type="gramEnd"/>
      <w:r w:rsidR="003943AF" w:rsidRPr="00837F53">
        <w:rPr>
          <w:rFonts w:ascii="Calibri" w:hAnsi="Calibri" w:cs="Calibri"/>
        </w:rPr>
        <w:t xml:space="preserve"> so I don't travel.</w:t>
      </w:r>
    </w:p>
    <w:p w14:paraId="1374E0B4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05DD1244" w14:textId="3D5E3D18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54777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A569C9">
        <w:rPr>
          <w:rFonts w:ascii="Calibri" w:hAnsi="Calibri" w:cs="Calibri"/>
          <w:b/>
        </w:rPr>
        <w:tab/>
      </w:r>
      <w:r w:rsidR="00A569C9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Okay. Make sense. </w:t>
      </w:r>
    </w:p>
    <w:p w14:paraId="0D126903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1653554F" w14:textId="77777777" w:rsidR="00885A73" w:rsidRPr="00837F53" w:rsidRDefault="00A569C9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>So, for you, your preference will be virtually</w:t>
      </w:r>
      <w:r w:rsidR="00085BCE">
        <w:rPr>
          <w:rFonts w:ascii="Calibri" w:hAnsi="Calibri" w:cs="Calibri"/>
        </w:rPr>
        <w:t>,</w:t>
      </w:r>
      <w:r w:rsidR="003943AF" w:rsidRPr="00837F53">
        <w:rPr>
          <w:rFonts w:ascii="Calibri" w:hAnsi="Calibri" w:cs="Calibri"/>
        </w:rPr>
        <w:t xml:space="preserve"> then?</w:t>
      </w:r>
    </w:p>
    <w:p w14:paraId="15FC7A8A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11F5B483" w14:textId="12A132D8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JH</w:t>
      </w:r>
      <w:r w:rsidR="00054777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A569C9">
        <w:rPr>
          <w:rFonts w:ascii="Calibri" w:hAnsi="Calibri" w:cs="Calibri"/>
          <w:b/>
        </w:rPr>
        <w:tab/>
      </w:r>
      <w:r w:rsidR="00AB1F97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Yeah, definitely. </w:t>
      </w:r>
    </w:p>
    <w:p w14:paraId="1A1AB7CB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0E09B50D" w14:textId="282DD62E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54777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A569C9">
        <w:rPr>
          <w:rFonts w:ascii="Calibri" w:hAnsi="Calibri" w:cs="Calibri"/>
          <w:b/>
        </w:rPr>
        <w:tab/>
      </w:r>
      <w:r w:rsidR="00A569C9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>Okay.</w:t>
      </w:r>
    </w:p>
    <w:p w14:paraId="25736015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5639CD7C" w14:textId="4D284AA1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JH</w:t>
      </w:r>
      <w:r w:rsidR="00054777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A569C9">
        <w:rPr>
          <w:rFonts w:ascii="Calibri" w:hAnsi="Calibri" w:cs="Calibri"/>
          <w:b/>
        </w:rPr>
        <w:tab/>
      </w:r>
      <w:r w:rsidR="00AB1F97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If I am in Malaysia, then I'm happy to invite you guys over for tea or coffee later. </w:t>
      </w:r>
    </w:p>
    <w:p w14:paraId="028CEF4F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73C55455" w14:textId="77777777" w:rsidR="00885A73" w:rsidRPr="00837F53" w:rsidRDefault="00A569C9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But for the session, I think virtually is easy, that you could actually correct the problem faster as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>well. And we all chap (?) [31:46] the time there. Do you know what I mean?</w:t>
      </w:r>
    </w:p>
    <w:p w14:paraId="74412848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02B33631" w14:textId="6AAE33B7" w:rsidR="00A13774" w:rsidRDefault="003D0436">
      <w:pPr>
        <w:spacing w:after="0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TC</w:t>
      </w:r>
      <w:r w:rsidR="00054777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A569C9">
        <w:rPr>
          <w:rFonts w:ascii="Calibri" w:hAnsi="Calibri" w:cs="Calibri"/>
          <w:b/>
        </w:rPr>
        <w:tab/>
      </w:r>
      <w:r w:rsidR="00A569C9">
        <w:rPr>
          <w:rFonts w:ascii="Calibri" w:hAnsi="Calibri" w:cs="Calibri"/>
          <w:b/>
        </w:rPr>
        <w:tab/>
      </w:r>
      <w:r w:rsidR="00A13774" w:rsidRPr="00A13774">
        <w:rPr>
          <w:rFonts w:ascii="Calibri" w:hAnsi="Calibri" w:cs="Calibri"/>
        </w:rPr>
        <w:t>Yeah.</w:t>
      </w:r>
    </w:p>
    <w:p w14:paraId="303295CC" w14:textId="77777777" w:rsidR="00A13774" w:rsidRDefault="00A13774">
      <w:pPr>
        <w:spacing w:after="0"/>
        <w:rPr>
          <w:rFonts w:ascii="Calibri" w:hAnsi="Calibri" w:cs="Calibri"/>
          <w:b/>
        </w:rPr>
      </w:pPr>
    </w:p>
    <w:p w14:paraId="1FA97C18" w14:textId="4D2FFB06" w:rsidR="00885A73" w:rsidRPr="00837F53" w:rsidRDefault="00A13774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Don't mind me asking, </w:t>
      </w:r>
      <w:r w:rsidR="003D0436">
        <w:rPr>
          <w:rFonts w:ascii="Calibri" w:hAnsi="Calibri" w:cs="Calibri"/>
        </w:rPr>
        <w:t>JH</w:t>
      </w:r>
      <w:r w:rsidR="003943AF" w:rsidRPr="00837F53">
        <w:rPr>
          <w:rFonts w:ascii="Calibri" w:hAnsi="Calibri" w:cs="Calibri"/>
        </w:rPr>
        <w:t>, where are you calling from now? Which part of the world?</w:t>
      </w:r>
    </w:p>
    <w:p w14:paraId="440A6C0D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5EE00590" w14:textId="1DC3EB3E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JH</w:t>
      </w:r>
      <w:r w:rsidR="00054777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A569C9">
        <w:rPr>
          <w:rFonts w:ascii="Calibri" w:hAnsi="Calibri" w:cs="Calibri"/>
          <w:b/>
        </w:rPr>
        <w:tab/>
      </w:r>
      <w:r w:rsidR="00AB1F97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I am calling from Singapore. </w:t>
      </w:r>
    </w:p>
    <w:p w14:paraId="53425328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327D0A50" w14:textId="602C6D2C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54777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A569C9">
        <w:rPr>
          <w:rFonts w:ascii="Calibri" w:hAnsi="Calibri" w:cs="Calibri"/>
          <w:b/>
        </w:rPr>
        <w:tab/>
      </w:r>
      <w:r w:rsidR="00A569C9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Okay. So, at least we have the same time difference though. But in terms of geography, whoa, </w:t>
      </w:r>
      <w:r w:rsidR="00A569C9">
        <w:rPr>
          <w:rFonts w:ascii="Calibri" w:hAnsi="Calibri" w:cs="Calibri"/>
        </w:rPr>
        <w:tab/>
      </w:r>
      <w:r w:rsidR="00A569C9">
        <w:rPr>
          <w:rFonts w:ascii="Calibri" w:hAnsi="Calibri" w:cs="Calibri"/>
        </w:rPr>
        <w:tab/>
      </w:r>
      <w:r w:rsidR="00A569C9"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>that's quite far away though.</w:t>
      </w:r>
    </w:p>
    <w:p w14:paraId="02015E4E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098B9581" w14:textId="00245A75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JH</w:t>
      </w:r>
      <w:r w:rsidR="00054777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A569C9">
        <w:rPr>
          <w:rFonts w:ascii="Calibri" w:hAnsi="Calibri" w:cs="Calibri"/>
          <w:b/>
        </w:rPr>
        <w:tab/>
      </w:r>
      <w:r w:rsidR="00AB1F97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Yeah, it is. Yes. </w:t>
      </w:r>
    </w:p>
    <w:p w14:paraId="4AF32E10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6E3AEF1F" w14:textId="778804DF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54777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A569C9">
        <w:rPr>
          <w:rFonts w:ascii="Calibri" w:hAnsi="Calibri" w:cs="Calibri"/>
          <w:b/>
        </w:rPr>
        <w:tab/>
      </w:r>
      <w:r w:rsidR="00A569C9">
        <w:rPr>
          <w:rFonts w:ascii="Calibri" w:hAnsi="Calibri" w:cs="Calibri"/>
          <w:b/>
        </w:rPr>
        <w:tab/>
      </w:r>
      <w:r w:rsidR="00A569C9">
        <w:rPr>
          <w:rFonts w:ascii="Calibri" w:hAnsi="Calibri" w:cs="Calibri"/>
        </w:rPr>
        <w:t>Okay.</w:t>
      </w:r>
    </w:p>
    <w:p w14:paraId="65F46894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6C5CDA64" w14:textId="0D7E8B66" w:rsidR="00885A73" w:rsidRPr="00837F53" w:rsidRDefault="00A569C9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Thanks so much, </w:t>
      </w:r>
      <w:r w:rsidR="003D0436">
        <w:rPr>
          <w:rFonts w:ascii="Calibri" w:hAnsi="Calibri" w:cs="Calibri"/>
        </w:rPr>
        <w:t>JH</w:t>
      </w:r>
      <w:r w:rsidR="003943AF" w:rsidRPr="00837F53">
        <w:rPr>
          <w:rFonts w:ascii="Calibri" w:hAnsi="Calibri" w:cs="Calibri"/>
        </w:rPr>
        <w:t xml:space="preserve">, for the interview and all, and for your feedback. Let me - </w:t>
      </w:r>
    </w:p>
    <w:p w14:paraId="41332C5C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63398CFA" w14:textId="0DAEDF13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JH</w:t>
      </w:r>
      <w:r w:rsidR="00054777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A569C9">
        <w:rPr>
          <w:rFonts w:ascii="Calibri" w:hAnsi="Calibri" w:cs="Calibri"/>
          <w:b/>
        </w:rPr>
        <w:tab/>
      </w:r>
      <w:r w:rsidR="00AB1F97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 xml:space="preserve">I am so, so sorry that </w:t>
      </w:r>
      <w:proofErr w:type="gramStart"/>
      <w:r w:rsidR="003943AF" w:rsidRPr="00837F53">
        <w:rPr>
          <w:rFonts w:ascii="Calibri" w:hAnsi="Calibri" w:cs="Calibri"/>
        </w:rPr>
        <w:t>I'm been</w:t>
      </w:r>
      <w:proofErr w:type="gramEnd"/>
      <w:r w:rsidR="003943AF" w:rsidRPr="00837F53">
        <w:rPr>
          <w:rFonts w:ascii="Calibri" w:hAnsi="Calibri" w:cs="Calibri"/>
        </w:rPr>
        <w:t xml:space="preserve"> length (?) [32:09]. Terribly sorry.</w:t>
      </w:r>
    </w:p>
    <w:p w14:paraId="31E23E92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4F872228" w14:textId="1E84DEE3" w:rsidR="00885A73" w:rsidRPr="00837F5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TC</w:t>
      </w:r>
      <w:r w:rsidR="00054777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A569C9">
        <w:rPr>
          <w:rFonts w:ascii="Calibri" w:hAnsi="Calibri" w:cs="Calibri"/>
          <w:b/>
        </w:rPr>
        <w:tab/>
      </w:r>
      <w:r w:rsidR="00A569C9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>No worries.</w:t>
      </w:r>
    </w:p>
    <w:p w14:paraId="0E363E70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5206035C" w14:textId="77777777" w:rsidR="00885A73" w:rsidRPr="00837F53" w:rsidRDefault="00A569C9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Let me just stop the recording so that we can talk about the writing part. </w:t>
      </w:r>
    </w:p>
    <w:p w14:paraId="4BBBD4DC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7FE1E019" w14:textId="096B5D26" w:rsidR="00885A73" w:rsidRPr="00837F53" w:rsidRDefault="00A569C9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3943AF" w:rsidRPr="00837F53">
        <w:rPr>
          <w:rFonts w:ascii="Calibri" w:hAnsi="Calibri" w:cs="Calibri"/>
        </w:rPr>
        <w:t xml:space="preserve">So, thanks again, </w:t>
      </w:r>
      <w:r w:rsidR="003D0436">
        <w:rPr>
          <w:rFonts w:ascii="Calibri" w:hAnsi="Calibri" w:cs="Calibri"/>
        </w:rPr>
        <w:t>JH</w:t>
      </w:r>
      <w:r w:rsidR="003943AF" w:rsidRPr="00837F53">
        <w:rPr>
          <w:rFonts w:ascii="Calibri" w:hAnsi="Calibri" w:cs="Calibri"/>
        </w:rPr>
        <w:t>.</w:t>
      </w:r>
    </w:p>
    <w:p w14:paraId="175F19AB" w14:textId="77777777" w:rsidR="00885A73" w:rsidRPr="00837F53" w:rsidRDefault="00885A73">
      <w:pPr>
        <w:spacing w:after="0"/>
        <w:rPr>
          <w:rFonts w:ascii="Calibri" w:hAnsi="Calibri" w:cs="Calibri"/>
        </w:rPr>
      </w:pPr>
    </w:p>
    <w:p w14:paraId="36686EE4" w14:textId="08B08199" w:rsidR="00885A73" w:rsidRDefault="003D043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  <w:b/>
        </w:rPr>
        <w:t>JH</w:t>
      </w:r>
      <w:r w:rsidR="00054777">
        <w:rPr>
          <w:rFonts w:ascii="Calibri" w:hAnsi="Calibri" w:cs="Calibri"/>
          <w:b/>
        </w:rPr>
        <w:t>:</w:t>
      </w:r>
      <w:r w:rsidR="003943AF" w:rsidRPr="00837F53">
        <w:rPr>
          <w:rFonts w:ascii="Calibri" w:hAnsi="Calibri" w:cs="Calibri"/>
          <w:b/>
        </w:rPr>
        <w:t xml:space="preserve">  </w:t>
      </w:r>
      <w:r w:rsidR="00A569C9">
        <w:rPr>
          <w:rFonts w:ascii="Calibri" w:hAnsi="Calibri" w:cs="Calibri"/>
          <w:b/>
        </w:rPr>
        <w:tab/>
      </w:r>
      <w:r w:rsidR="00AB1F97">
        <w:rPr>
          <w:rFonts w:ascii="Calibri" w:hAnsi="Calibri" w:cs="Calibri"/>
          <w:b/>
        </w:rPr>
        <w:tab/>
      </w:r>
      <w:r w:rsidR="003943AF" w:rsidRPr="00837F53">
        <w:rPr>
          <w:rFonts w:ascii="Calibri" w:hAnsi="Calibri" w:cs="Calibri"/>
        </w:rPr>
        <w:t>Thank you.</w:t>
      </w:r>
    </w:p>
    <w:p w14:paraId="5F72FC64" w14:textId="77777777" w:rsidR="00054777" w:rsidRDefault="00054777">
      <w:pPr>
        <w:spacing w:after="0"/>
        <w:rPr>
          <w:rFonts w:ascii="Calibri" w:hAnsi="Calibri" w:cs="Calibri"/>
        </w:rPr>
      </w:pPr>
    </w:p>
    <w:p w14:paraId="594960D1" w14:textId="77777777" w:rsidR="00054777" w:rsidRPr="00837F53" w:rsidRDefault="00054777" w:rsidP="00054777">
      <w:pPr>
        <w:spacing w:after="0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--END OF TRANSCRIPT--</w:t>
      </w:r>
    </w:p>
    <w:sectPr w:rsidR="00054777" w:rsidRPr="00837F53" w:rsidSect="001216B9">
      <w:footerReference w:type="even" r:id="rId8"/>
      <w:footerReference w:type="default" r:id="rId9"/>
      <w:pgSz w:w="12240" w:h="15840"/>
      <w:pgMar w:top="1440" w:right="1080" w:bottom="1440" w:left="1080" w:header="720" w:footer="720" w:gutter="0"/>
      <w:pgNumType w:fmt="numberInDash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B60042" w14:textId="77777777" w:rsidR="007D4B27" w:rsidRDefault="007D4B27">
      <w:pPr>
        <w:spacing w:after="0" w:line="240" w:lineRule="auto"/>
      </w:pPr>
      <w:r>
        <w:separator/>
      </w:r>
    </w:p>
  </w:endnote>
  <w:endnote w:type="continuationSeparator" w:id="0">
    <w:p w14:paraId="0D993EA2" w14:textId="77777777" w:rsidR="007D4B27" w:rsidRDefault="007D4B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37265068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08F50E96" w14:textId="77777777" w:rsidR="0061026C" w:rsidRDefault="0061026C" w:rsidP="003943AF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sdt>
    <w:sdtPr>
      <w:rPr>
        <w:rStyle w:val="PageNumber"/>
      </w:rPr>
      <w:id w:val="937484424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C3D392E" w14:textId="77777777" w:rsidR="0061026C" w:rsidRDefault="0061026C" w:rsidP="003943AF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13C76564" w14:textId="77777777" w:rsidR="0061026C" w:rsidRDefault="0061026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  <w:rFonts w:ascii="Arial" w:hAnsi="Arial" w:cs="Arial"/>
      </w:rPr>
      <w:id w:val="111332366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AF4323F" w14:textId="77777777" w:rsidR="0061026C" w:rsidRPr="009C3AF0" w:rsidRDefault="0061026C" w:rsidP="003943AF">
        <w:pPr>
          <w:pStyle w:val="Footer"/>
          <w:framePr w:wrap="none" w:vAnchor="text" w:hAnchor="margin" w:xAlign="center" w:y="1"/>
          <w:rPr>
            <w:rStyle w:val="PageNumber"/>
            <w:rFonts w:ascii="Arial" w:hAnsi="Arial" w:cs="Arial"/>
          </w:rPr>
        </w:pPr>
        <w:r w:rsidRPr="009C3AF0">
          <w:rPr>
            <w:rStyle w:val="PageNumber"/>
            <w:rFonts w:ascii="Arial" w:hAnsi="Arial" w:cs="Arial"/>
          </w:rPr>
          <w:fldChar w:fldCharType="begin"/>
        </w:r>
        <w:r w:rsidRPr="009C3AF0">
          <w:rPr>
            <w:rStyle w:val="PageNumber"/>
            <w:rFonts w:ascii="Arial" w:hAnsi="Arial" w:cs="Arial"/>
          </w:rPr>
          <w:instrText xml:space="preserve"> PAGE </w:instrText>
        </w:r>
        <w:r w:rsidRPr="009C3AF0">
          <w:rPr>
            <w:rStyle w:val="PageNumber"/>
            <w:rFonts w:ascii="Arial" w:hAnsi="Arial" w:cs="Arial"/>
          </w:rPr>
          <w:fldChar w:fldCharType="separate"/>
        </w:r>
        <w:r w:rsidR="00A13774">
          <w:rPr>
            <w:rStyle w:val="PageNumber"/>
            <w:rFonts w:ascii="Arial" w:hAnsi="Arial" w:cs="Arial"/>
            <w:noProof/>
          </w:rPr>
          <w:t>- 17 -</w:t>
        </w:r>
        <w:r w:rsidRPr="009C3AF0">
          <w:rPr>
            <w:rStyle w:val="PageNumber"/>
            <w:rFonts w:ascii="Arial" w:hAnsi="Arial" w:cs="Arial"/>
          </w:rPr>
          <w:fldChar w:fldCharType="end"/>
        </w:r>
      </w:p>
    </w:sdtContent>
  </w:sdt>
  <w:p w14:paraId="75386F07" w14:textId="77777777" w:rsidR="0061026C" w:rsidRPr="009C3AF0" w:rsidRDefault="0061026C">
    <w:pPr>
      <w:pStyle w:val="Footer"/>
      <w:rPr>
        <w:rFonts w:ascii="Arial" w:hAnsi="Arial" w:cs="Arial"/>
        <w:color w:val="BFBFBF" w:themeColor="background1" w:themeShade="BF"/>
      </w:rPr>
    </w:pPr>
    <w:r w:rsidRPr="009C3AF0">
      <w:rPr>
        <w:rFonts w:ascii="Arial" w:hAnsi="Arial" w:cs="Arial"/>
        <w:color w:val="BFBFBF" w:themeColor="background1" w:themeShade="BF"/>
      </w:rPr>
      <w:ptab w:relativeTo="margin" w:alignment="center" w:leader="none"/>
    </w:r>
    <w:r w:rsidRPr="009C3AF0">
      <w:rPr>
        <w:rFonts w:ascii="Arial" w:hAnsi="Arial" w:cs="Arial"/>
        <w:color w:val="BFBFBF" w:themeColor="background1" w:themeShade="BF"/>
      </w:rPr>
      <w:ptab w:relativeTo="margin" w:alignment="right" w:leader="none"/>
    </w:r>
    <w:r w:rsidR="00E175C1" w:rsidRPr="009C3AF0">
      <w:rPr>
        <w:rFonts w:ascii="Arial" w:hAnsi="Arial" w:cs="Arial"/>
        <w:color w:val="BFBFBF" w:themeColor="background1" w:themeShade="BF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141F9E" w14:textId="77777777" w:rsidR="007D4B27" w:rsidRDefault="007D4B27">
      <w:pPr>
        <w:spacing w:after="0" w:line="240" w:lineRule="auto"/>
      </w:pPr>
      <w:r>
        <w:separator/>
      </w:r>
    </w:p>
  </w:footnote>
  <w:footnote w:type="continuationSeparator" w:id="0">
    <w:p w14:paraId="1B611ADE" w14:textId="77777777" w:rsidR="007D4B27" w:rsidRDefault="007D4B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024020744">
    <w:abstractNumId w:val="8"/>
  </w:num>
  <w:num w:numId="2" w16cid:durableId="26370458">
    <w:abstractNumId w:val="6"/>
  </w:num>
  <w:num w:numId="3" w16cid:durableId="1533376492">
    <w:abstractNumId w:val="5"/>
  </w:num>
  <w:num w:numId="4" w16cid:durableId="680551921">
    <w:abstractNumId w:val="4"/>
  </w:num>
  <w:num w:numId="5" w16cid:durableId="1921713632">
    <w:abstractNumId w:val="7"/>
  </w:num>
  <w:num w:numId="6" w16cid:durableId="1507210659">
    <w:abstractNumId w:val="3"/>
  </w:num>
  <w:num w:numId="7" w16cid:durableId="1043477459">
    <w:abstractNumId w:val="2"/>
  </w:num>
  <w:num w:numId="8" w16cid:durableId="294800188">
    <w:abstractNumId w:val="1"/>
  </w:num>
  <w:num w:numId="9" w16cid:durableId="20237038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50A6B"/>
    <w:rsid w:val="00054777"/>
    <w:rsid w:val="0006063C"/>
    <w:rsid w:val="00066610"/>
    <w:rsid w:val="00085BCE"/>
    <w:rsid w:val="000D619F"/>
    <w:rsid w:val="00120D91"/>
    <w:rsid w:val="001216B9"/>
    <w:rsid w:val="0015074B"/>
    <w:rsid w:val="001728DC"/>
    <w:rsid w:val="0029639D"/>
    <w:rsid w:val="002F781D"/>
    <w:rsid w:val="00302741"/>
    <w:rsid w:val="00326F90"/>
    <w:rsid w:val="003943AF"/>
    <w:rsid w:val="003D0436"/>
    <w:rsid w:val="0041658C"/>
    <w:rsid w:val="00462969"/>
    <w:rsid w:val="004A641F"/>
    <w:rsid w:val="004B593C"/>
    <w:rsid w:val="00504E1D"/>
    <w:rsid w:val="005203DA"/>
    <w:rsid w:val="005A4729"/>
    <w:rsid w:val="005C3C28"/>
    <w:rsid w:val="0061026C"/>
    <w:rsid w:val="00657681"/>
    <w:rsid w:val="006E2A8C"/>
    <w:rsid w:val="00756436"/>
    <w:rsid w:val="007749AF"/>
    <w:rsid w:val="00785135"/>
    <w:rsid w:val="00794EBC"/>
    <w:rsid w:val="007C1601"/>
    <w:rsid w:val="007D4B27"/>
    <w:rsid w:val="00837F53"/>
    <w:rsid w:val="00885A73"/>
    <w:rsid w:val="00930F33"/>
    <w:rsid w:val="009C3AF0"/>
    <w:rsid w:val="009F7593"/>
    <w:rsid w:val="00A12EE5"/>
    <w:rsid w:val="00A13774"/>
    <w:rsid w:val="00A569C9"/>
    <w:rsid w:val="00AA1D8D"/>
    <w:rsid w:val="00AB1F97"/>
    <w:rsid w:val="00B00DF0"/>
    <w:rsid w:val="00B114DD"/>
    <w:rsid w:val="00B47730"/>
    <w:rsid w:val="00BA4C2B"/>
    <w:rsid w:val="00BD0140"/>
    <w:rsid w:val="00C24502"/>
    <w:rsid w:val="00C54A0C"/>
    <w:rsid w:val="00CB0664"/>
    <w:rsid w:val="00D57E81"/>
    <w:rsid w:val="00E070CD"/>
    <w:rsid w:val="00E175C1"/>
    <w:rsid w:val="00E70F5F"/>
    <w:rsid w:val="00E754C1"/>
    <w:rsid w:val="00ED324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536F5449"/>
  <w14:defaultImageDpi w14:val="300"/>
  <w15:docId w15:val="{BBBC883F-E58E-BB4C-A526-B24797FD0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PageNumber">
    <w:name w:val="page number"/>
    <w:basedOn w:val="DefaultParagraphFont"/>
    <w:uiPriority w:val="99"/>
    <w:semiHidden/>
    <w:unhideWhenUsed/>
    <w:rsid w:val="001216B9"/>
  </w:style>
  <w:style w:type="character" w:styleId="Hyperlink">
    <w:name w:val="Hyperlink"/>
    <w:basedOn w:val="DefaultParagraphFont"/>
    <w:uiPriority w:val="99"/>
    <w:unhideWhenUsed/>
    <w:rsid w:val="006E2A8C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E2A8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DC9A6A7-044D-4C23-8A39-AA86662AA8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17</Pages>
  <Words>4363</Words>
  <Characters>24873</Characters>
  <Application>Microsoft Office Word</Application>
  <DocSecurity>0</DocSecurity>
  <Lines>207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29178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DORCAS LAM YARN POOI</cp:lastModifiedBy>
  <cp:revision>6</cp:revision>
  <dcterms:created xsi:type="dcterms:W3CDTF">2023-08-16T07:20:00Z</dcterms:created>
  <dcterms:modified xsi:type="dcterms:W3CDTF">2023-08-16T07:25:00Z</dcterms:modified>
  <cp:category/>
</cp:coreProperties>
</file>